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11030"/>
      </w:tblGrid>
      <w:tr w:rsidR="000948DB" w14:paraId="0174E7D6" w14:textId="77777777">
        <w:trPr>
          <w:jc w:val="center"/>
        </w:trPr>
        <w:tc>
          <w:tcPr>
            <w:tcW w:w="11030" w:type="dxa"/>
            <w:tcBorders>
              <w:top w:val="single" w:sz="12" w:space="0" w:color="1F3B5C"/>
              <w:left w:val="single" w:sz="12" w:space="0" w:color="1F3B5C"/>
              <w:bottom w:val="single" w:sz="12" w:space="0" w:color="1F3B5C"/>
              <w:right w:val="single" w:sz="12" w:space="0" w:color="1F3B5C"/>
            </w:tcBorders>
            <w:tcMar>
              <w:top w:w="100" w:type="dxa"/>
              <w:left w:w="110" w:type="dxa"/>
              <w:bottom w:w="90" w:type="dxa"/>
              <w:right w:w="110" w:type="dxa"/>
            </w:tcMar>
          </w:tcPr>
          <w:tbl>
            <w:tblPr>
              <w:tblW w:w="0" w:type="auto"/>
              <w:jc w:val="center"/>
              <w:tblLayout w:type="fixed"/>
              <w:tblLook w:val="04A0" w:firstRow="1" w:lastRow="0" w:firstColumn="1" w:lastColumn="0" w:noHBand="0" w:noVBand="1"/>
            </w:tblPr>
            <w:tblGrid>
              <w:gridCol w:w="3677"/>
              <w:gridCol w:w="3677"/>
              <w:gridCol w:w="3677"/>
            </w:tblGrid>
            <w:tr w:rsidR="000948DB" w14:paraId="32CDE20E" w14:textId="77777777">
              <w:trPr>
                <w:jc w:val="center"/>
              </w:trPr>
              <w:tc>
                <w:tcPr>
                  <w:tcW w:w="3677" w:type="dxa"/>
                  <w:tcMar>
                    <w:top w:w="45" w:type="dxa"/>
                    <w:left w:w="50" w:type="dxa"/>
                    <w:bottom w:w="45" w:type="dxa"/>
                    <w:right w:w="50" w:type="dxa"/>
                  </w:tcMar>
                  <w:vAlign w:val="center"/>
                </w:tcPr>
                <w:p w14:paraId="6075D9EA" w14:textId="77777777" w:rsidR="000948DB" w:rsidRDefault="00000000">
                  <w:pPr>
                    <w:spacing w:after="0" w:line="240" w:lineRule="auto"/>
                  </w:pPr>
                  <w:r>
                    <w:rPr>
                      <w:b/>
                      <w:i/>
                      <w:color w:val="9A7B17"/>
                      <w:sz w:val="40"/>
                    </w:rPr>
                    <w:t>Contractors'</w:t>
                  </w:r>
                  <w:r>
                    <w:br/>
                  </w:r>
                  <w:r>
                    <w:rPr>
                      <w:b/>
                      <w:i/>
                      <w:color w:val="9A7B17"/>
                      <w:sz w:val="38"/>
                    </w:rPr>
                    <w:t>Estimate, Inc.</w:t>
                  </w:r>
                </w:p>
              </w:tc>
              <w:tc>
                <w:tcPr>
                  <w:tcW w:w="3677" w:type="dxa"/>
                  <w:shd w:val="clear" w:color="auto" w:fill="EAF1F7"/>
                  <w:tcMar>
                    <w:top w:w="45" w:type="dxa"/>
                    <w:left w:w="50" w:type="dxa"/>
                    <w:bottom w:w="45" w:type="dxa"/>
                    <w:right w:w="50" w:type="dxa"/>
                  </w:tcMar>
                  <w:vAlign w:val="center"/>
                </w:tcPr>
                <w:p w14:paraId="2435CA44" w14:textId="77777777" w:rsidR="000948DB" w:rsidRDefault="00000000">
                  <w:pPr>
                    <w:spacing w:after="0" w:line="240" w:lineRule="auto"/>
                    <w:jc w:val="center"/>
                  </w:pPr>
                  <w:r>
                    <w:rPr>
                      <w:b/>
                      <w:color w:val="1F3B5C"/>
                      <w:sz w:val="20"/>
                    </w:rPr>
                    <w:t>DGS CERTIFIED</w:t>
                  </w:r>
                  <w:r>
                    <w:br/>
                  </w:r>
                  <w:r>
                    <w:rPr>
                      <w:b/>
                      <w:color w:val="1F3B5C"/>
                      <w:sz w:val="19"/>
                    </w:rPr>
                    <w:t>Trade and Focus Publication</w:t>
                  </w:r>
                  <w:r>
                    <w:br/>
                  </w:r>
                  <w:r>
                    <w:rPr>
                      <w:color w:val="1F3B5C"/>
                      <w:sz w:val="17"/>
                    </w:rPr>
                    <w:t>Serving California since 2002</w:t>
                  </w:r>
                </w:p>
              </w:tc>
              <w:tc>
                <w:tcPr>
                  <w:tcW w:w="3677" w:type="dxa"/>
                  <w:tcMar>
                    <w:top w:w="45" w:type="dxa"/>
                    <w:left w:w="50" w:type="dxa"/>
                    <w:bottom w:w="45" w:type="dxa"/>
                    <w:right w:w="50" w:type="dxa"/>
                  </w:tcMar>
                  <w:vAlign w:val="center"/>
                </w:tcPr>
                <w:p w14:paraId="3E9D4787" w14:textId="77777777" w:rsidR="000948DB" w:rsidRDefault="00000000">
                  <w:pPr>
                    <w:spacing w:after="0" w:line="240" w:lineRule="auto"/>
                    <w:jc w:val="right"/>
                  </w:pPr>
                  <w:r>
                    <w:rPr>
                      <w:color w:val="222222"/>
                      <w:sz w:val="17"/>
                    </w:rPr>
                    <w:t>P.O. Box 292880</w:t>
                  </w:r>
                  <w:r>
                    <w:br/>
                  </w:r>
                  <w:r>
                    <w:rPr>
                      <w:color w:val="222222"/>
                      <w:sz w:val="17"/>
                    </w:rPr>
                    <w:t>Phelan, CA 92329</w:t>
                  </w:r>
                  <w:r>
                    <w:br/>
                  </w:r>
                  <w:r>
                    <w:rPr>
                      <w:color w:val="222222"/>
                      <w:sz w:val="17"/>
                    </w:rPr>
                    <w:t>(760) 868-9192</w:t>
                  </w:r>
                  <w:r>
                    <w:br/>
                  </w:r>
                  <w:r>
                    <w:rPr>
                      <w:b/>
                      <w:color w:val="1F5E9C"/>
                      <w:sz w:val="17"/>
                    </w:rPr>
                    <w:t>Sarah@contractorsestimate.com</w:t>
                  </w:r>
                </w:p>
              </w:tc>
            </w:tr>
          </w:tbl>
          <w:p w14:paraId="1F660F06" w14:textId="77777777" w:rsidR="000948DB" w:rsidRDefault="000948DB">
            <w:pPr>
              <w:spacing w:after="0" w:line="20" w:lineRule="exact"/>
            </w:pPr>
          </w:p>
          <w:p w14:paraId="295B2E26" w14:textId="276AC8E0" w:rsidR="000948DB" w:rsidRDefault="00000000">
            <w:pPr>
              <w:spacing w:before="60" w:after="0" w:line="240" w:lineRule="auto"/>
              <w:jc w:val="center"/>
            </w:pPr>
            <w:r>
              <w:rPr>
                <w:b/>
                <w:color w:val="1F3B5C"/>
                <w:sz w:val="30"/>
              </w:rPr>
              <w:t>DBE/</w:t>
            </w:r>
            <w:r w:rsidR="005E7850">
              <w:rPr>
                <w:b/>
                <w:color w:val="1F3B5C"/>
                <w:sz w:val="30"/>
              </w:rPr>
              <w:t xml:space="preserve">MBE/WBE/CBE/DVBE/ </w:t>
            </w:r>
            <w:r>
              <w:rPr>
                <w:b/>
                <w:color w:val="1F3B5C"/>
                <w:sz w:val="30"/>
              </w:rPr>
              <w:t>SMALL BUSINESS GOOD FAITH EFFORT</w:t>
            </w:r>
          </w:p>
          <w:p w14:paraId="2A0640E5" w14:textId="77777777" w:rsidR="000948DB" w:rsidRDefault="00000000">
            <w:pPr>
              <w:spacing w:after="100" w:line="240" w:lineRule="auto"/>
              <w:jc w:val="center"/>
            </w:pPr>
            <w:r>
              <w:rPr>
                <w:b/>
                <w:color w:val="9A7B17"/>
                <w:sz w:val="24"/>
              </w:rPr>
              <w:t>ORDER FORM</w:t>
            </w:r>
          </w:p>
          <w:p w14:paraId="4CF469E8" w14:textId="77777777" w:rsidR="000948DB" w:rsidRDefault="00000000">
            <w:pPr>
              <w:spacing w:before="40" w:after="40" w:line="240" w:lineRule="auto"/>
            </w:pPr>
            <w:r>
              <w:rPr>
                <w:b/>
                <w:color w:val="FFFFFF"/>
                <w:sz w:val="19"/>
              </w:rPr>
              <w:t>1. CUSTOMER &amp; PROJECT INFORMATION</w:t>
            </w:r>
          </w:p>
          <w:tbl>
            <w:tblPr>
              <w:tblW w:w="0" w:type="auto"/>
              <w:jc w:val="center"/>
              <w:tblLook w:val="04A0" w:firstRow="1" w:lastRow="0" w:firstColumn="1" w:lastColumn="0" w:noHBand="0" w:noVBand="1"/>
            </w:tblPr>
            <w:tblGrid>
              <w:gridCol w:w="11030"/>
            </w:tblGrid>
            <w:tr w:rsidR="000948DB" w14:paraId="419949CC" w14:textId="77777777">
              <w:trPr>
                <w:jc w:val="center"/>
              </w:trPr>
              <w:tc>
                <w:tcPr>
                  <w:tcW w:w="11030" w:type="dxa"/>
                  <w:shd w:val="clear" w:color="auto" w:fill="1F3B5C"/>
                  <w:tcMar>
                    <w:top w:w="45" w:type="dxa"/>
                    <w:left w:w="80" w:type="dxa"/>
                    <w:bottom w:w="45" w:type="dxa"/>
                    <w:right w:w="80" w:type="dxa"/>
                  </w:tcMar>
                </w:tcPr>
                <w:p w14:paraId="578FC584" w14:textId="77777777" w:rsidR="000948DB" w:rsidRDefault="00000000">
                  <w:pPr>
                    <w:spacing w:after="0" w:line="240" w:lineRule="auto"/>
                  </w:pPr>
                  <w:r>
                    <w:rPr>
                      <w:b/>
                      <w:color w:val="FFFFFF"/>
                      <w:sz w:val="19"/>
                    </w:rPr>
                    <w:t>1. CUSTOMER &amp; PROJECT INFORMATION</w:t>
                  </w:r>
                </w:p>
              </w:tc>
            </w:tr>
          </w:tbl>
          <w:p w14:paraId="30B0DFB7" w14:textId="77777777" w:rsidR="000948DB" w:rsidRDefault="000948DB">
            <w:pPr>
              <w:spacing w:after="0" w:line="20" w:lineRule="exact"/>
            </w:pPr>
          </w:p>
          <w:tbl>
            <w:tblPr>
              <w:tblW w:w="0" w:type="auto"/>
              <w:jc w:val="center"/>
              <w:tblLayout w:type="fixed"/>
              <w:tblLook w:val="04A0" w:firstRow="1" w:lastRow="0" w:firstColumn="1" w:lastColumn="0" w:noHBand="0" w:noVBand="1"/>
            </w:tblPr>
            <w:tblGrid>
              <w:gridCol w:w="1656"/>
              <w:gridCol w:w="4032"/>
              <w:gridCol w:w="1584"/>
              <w:gridCol w:w="3240"/>
            </w:tblGrid>
            <w:tr w:rsidR="000948DB" w14:paraId="4E675D7D" w14:textId="77777777">
              <w:trPr>
                <w:jc w:val="center"/>
              </w:trPr>
              <w:tc>
                <w:tcPr>
                  <w:tcW w:w="1656" w:type="dxa"/>
                  <w:tcBorders>
                    <w:bottom w:val="single" w:sz="4" w:space="0" w:color="AAB7C4"/>
                  </w:tcBorders>
                  <w:tcMar>
                    <w:top w:w="45" w:type="dxa"/>
                    <w:left w:w="70" w:type="dxa"/>
                    <w:bottom w:w="45" w:type="dxa"/>
                    <w:right w:w="70" w:type="dxa"/>
                  </w:tcMar>
                  <w:vAlign w:val="center"/>
                </w:tcPr>
                <w:p w14:paraId="0C8349B3" w14:textId="77777777" w:rsidR="000948DB" w:rsidRDefault="00000000">
                  <w:pPr>
                    <w:spacing w:after="0" w:line="240" w:lineRule="auto"/>
                  </w:pPr>
                  <w:r>
                    <w:rPr>
                      <w:b/>
                      <w:color w:val="1F3B5C"/>
                      <w:sz w:val="17"/>
                    </w:rPr>
                    <w:t>Company name:</w:t>
                  </w:r>
                </w:p>
              </w:tc>
              <w:tc>
                <w:tcPr>
                  <w:tcW w:w="4032" w:type="dxa"/>
                  <w:tcBorders>
                    <w:bottom w:val="single" w:sz="4" w:space="0" w:color="AAB7C4"/>
                  </w:tcBorders>
                  <w:tcMar>
                    <w:top w:w="45" w:type="dxa"/>
                    <w:left w:w="70" w:type="dxa"/>
                    <w:bottom w:w="45" w:type="dxa"/>
                    <w:right w:w="70" w:type="dxa"/>
                  </w:tcMar>
                  <w:vAlign w:val="center"/>
                </w:tcPr>
                <w:p w14:paraId="23AEFFD1" w14:textId="77777777" w:rsidR="000948DB" w:rsidRDefault="00000000">
                  <w:pPr>
                    <w:spacing w:after="0" w:line="240" w:lineRule="auto"/>
                  </w:pPr>
                  <w:r>
                    <w:rPr>
                      <w:color w:val="222222"/>
                      <w:sz w:val="17"/>
                    </w:rPr>
                    <w:t xml:space="preserve"> </w:t>
                  </w:r>
                </w:p>
              </w:tc>
              <w:tc>
                <w:tcPr>
                  <w:tcW w:w="1584" w:type="dxa"/>
                  <w:tcBorders>
                    <w:bottom w:val="single" w:sz="4" w:space="0" w:color="AAB7C4"/>
                  </w:tcBorders>
                  <w:tcMar>
                    <w:top w:w="45" w:type="dxa"/>
                    <w:left w:w="70" w:type="dxa"/>
                    <w:bottom w:w="45" w:type="dxa"/>
                    <w:right w:w="70" w:type="dxa"/>
                  </w:tcMar>
                  <w:vAlign w:val="center"/>
                </w:tcPr>
                <w:p w14:paraId="0B98B9B7" w14:textId="77777777" w:rsidR="000948DB" w:rsidRDefault="00000000">
                  <w:pPr>
                    <w:spacing w:after="0" w:line="240" w:lineRule="auto"/>
                  </w:pPr>
                  <w:r>
                    <w:rPr>
                      <w:b/>
                      <w:color w:val="1F3B5C"/>
                      <w:sz w:val="17"/>
                    </w:rPr>
                    <w:t>Contact name:</w:t>
                  </w:r>
                </w:p>
              </w:tc>
              <w:tc>
                <w:tcPr>
                  <w:tcW w:w="3240" w:type="dxa"/>
                  <w:tcBorders>
                    <w:bottom w:val="single" w:sz="4" w:space="0" w:color="AAB7C4"/>
                  </w:tcBorders>
                  <w:tcMar>
                    <w:top w:w="45" w:type="dxa"/>
                    <w:left w:w="70" w:type="dxa"/>
                    <w:bottom w:w="45" w:type="dxa"/>
                    <w:right w:w="70" w:type="dxa"/>
                  </w:tcMar>
                  <w:vAlign w:val="center"/>
                </w:tcPr>
                <w:p w14:paraId="7D194B36" w14:textId="77777777" w:rsidR="000948DB" w:rsidRDefault="00000000">
                  <w:pPr>
                    <w:spacing w:after="0" w:line="240" w:lineRule="auto"/>
                  </w:pPr>
                  <w:r>
                    <w:rPr>
                      <w:color w:val="222222"/>
                      <w:sz w:val="17"/>
                    </w:rPr>
                    <w:t xml:space="preserve"> </w:t>
                  </w:r>
                </w:p>
              </w:tc>
            </w:tr>
            <w:tr w:rsidR="000948DB" w14:paraId="339FA3E0" w14:textId="77777777">
              <w:trPr>
                <w:jc w:val="center"/>
              </w:trPr>
              <w:tc>
                <w:tcPr>
                  <w:tcW w:w="1656" w:type="dxa"/>
                  <w:tcBorders>
                    <w:bottom w:val="single" w:sz="4" w:space="0" w:color="AAB7C4"/>
                  </w:tcBorders>
                  <w:tcMar>
                    <w:top w:w="45" w:type="dxa"/>
                    <w:left w:w="70" w:type="dxa"/>
                    <w:bottom w:w="45" w:type="dxa"/>
                    <w:right w:w="70" w:type="dxa"/>
                  </w:tcMar>
                  <w:vAlign w:val="center"/>
                </w:tcPr>
                <w:p w14:paraId="6E7A5C73" w14:textId="626B4542" w:rsidR="000948DB" w:rsidRDefault="005075C0">
                  <w:pPr>
                    <w:spacing w:after="0" w:line="240" w:lineRule="auto"/>
                  </w:pPr>
                  <w:r>
                    <w:rPr>
                      <w:b/>
                      <w:color w:val="1F3B5C"/>
                      <w:sz w:val="17"/>
                    </w:rPr>
                    <w:t xml:space="preserve">Contact </w:t>
                  </w:r>
                  <w:r w:rsidR="00000000">
                    <w:rPr>
                      <w:b/>
                      <w:color w:val="1F3B5C"/>
                      <w:sz w:val="17"/>
                    </w:rPr>
                    <w:t>Email:</w:t>
                  </w:r>
                </w:p>
              </w:tc>
              <w:tc>
                <w:tcPr>
                  <w:tcW w:w="4032" w:type="dxa"/>
                  <w:tcBorders>
                    <w:bottom w:val="single" w:sz="4" w:space="0" w:color="AAB7C4"/>
                  </w:tcBorders>
                  <w:tcMar>
                    <w:top w:w="45" w:type="dxa"/>
                    <w:left w:w="70" w:type="dxa"/>
                    <w:bottom w:w="45" w:type="dxa"/>
                    <w:right w:w="70" w:type="dxa"/>
                  </w:tcMar>
                  <w:vAlign w:val="center"/>
                </w:tcPr>
                <w:p w14:paraId="67399206" w14:textId="77777777" w:rsidR="000948DB" w:rsidRDefault="00000000">
                  <w:pPr>
                    <w:spacing w:after="0" w:line="240" w:lineRule="auto"/>
                  </w:pPr>
                  <w:r>
                    <w:rPr>
                      <w:color w:val="222222"/>
                      <w:sz w:val="17"/>
                    </w:rPr>
                    <w:t xml:space="preserve"> </w:t>
                  </w:r>
                </w:p>
              </w:tc>
              <w:tc>
                <w:tcPr>
                  <w:tcW w:w="1584" w:type="dxa"/>
                  <w:tcBorders>
                    <w:bottom w:val="single" w:sz="4" w:space="0" w:color="AAB7C4"/>
                  </w:tcBorders>
                  <w:tcMar>
                    <w:top w:w="45" w:type="dxa"/>
                    <w:left w:w="70" w:type="dxa"/>
                    <w:bottom w:w="45" w:type="dxa"/>
                    <w:right w:w="70" w:type="dxa"/>
                  </w:tcMar>
                  <w:vAlign w:val="center"/>
                </w:tcPr>
                <w:p w14:paraId="26A3DFE6" w14:textId="77777777" w:rsidR="000948DB" w:rsidRDefault="00000000">
                  <w:pPr>
                    <w:spacing w:after="0" w:line="240" w:lineRule="auto"/>
                  </w:pPr>
                  <w:r>
                    <w:rPr>
                      <w:b/>
                      <w:color w:val="1F3B5C"/>
                      <w:sz w:val="17"/>
                    </w:rPr>
                    <w:t>Phone:</w:t>
                  </w:r>
                </w:p>
              </w:tc>
              <w:tc>
                <w:tcPr>
                  <w:tcW w:w="3240" w:type="dxa"/>
                  <w:tcBorders>
                    <w:bottom w:val="single" w:sz="4" w:space="0" w:color="AAB7C4"/>
                  </w:tcBorders>
                  <w:tcMar>
                    <w:top w:w="45" w:type="dxa"/>
                    <w:left w:w="70" w:type="dxa"/>
                    <w:bottom w:w="45" w:type="dxa"/>
                    <w:right w:w="70" w:type="dxa"/>
                  </w:tcMar>
                  <w:vAlign w:val="center"/>
                </w:tcPr>
                <w:p w14:paraId="77D14DB9" w14:textId="77777777" w:rsidR="000948DB" w:rsidRDefault="00000000">
                  <w:pPr>
                    <w:spacing w:after="0" w:line="240" w:lineRule="auto"/>
                  </w:pPr>
                  <w:r>
                    <w:rPr>
                      <w:color w:val="222222"/>
                      <w:sz w:val="17"/>
                    </w:rPr>
                    <w:t xml:space="preserve"> </w:t>
                  </w:r>
                </w:p>
              </w:tc>
            </w:tr>
            <w:tr w:rsidR="000948DB" w14:paraId="02AA6235" w14:textId="77777777">
              <w:trPr>
                <w:jc w:val="center"/>
              </w:trPr>
              <w:tc>
                <w:tcPr>
                  <w:tcW w:w="1656" w:type="dxa"/>
                  <w:tcBorders>
                    <w:bottom w:val="single" w:sz="4" w:space="0" w:color="AAB7C4"/>
                  </w:tcBorders>
                  <w:tcMar>
                    <w:top w:w="45" w:type="dxa"/>
                    <w:left w:w="70" w:type="dxa"/>
                    <w:bottom w:w="45" w:type="dxa"/>
                    <w:right w:w="70" w:type="dxa"/>
                  </w:tcMar>
                  <w:vAlign w:val="center"/>
                </w:tcPr>
                <w:p w14:paraId="0E5E90FC" w14:textId="77777777" w:rsidR="000948DB" w:rsidRDefault="00000000">
                  <w:pPr>
                    <w:spacing w:after="0" w:line="240" w:lineRule="auto"/>
                  </w:pPr>
                  <w:r>
                    <w:rPr>
                      <w:b/>
                      <w:color w:val="1F3B5C"/>
                      <w:sz w:val="17"/>
                    </w:rPr>
                    <w:t>Billing address:</w:t>
                  </w:r>
                </w:p>
              </w:tc>
              <w:tc>
                <w:tcPr>
                  <w:tcW w:w="8856" w:type="dxa"/>
                  <w:gridSpan w:val="3"/>
                  <w:tcBorders>
                    <w:bottom w:val="single" w:sz="4" w:space="0" w:color="AAB7C4"/>
                  </w:tcBorders>
                  <w:tcMar>
                    <w:top w:w="45" w:type="dxa"/>
                    <w:left w:w="70" w:type="dxa"/>
                    <w:bottom w:w="45" w:type="dxa"/>
                    <w:right w:w="70" w:type="dxa"/>
                  </w:tcMar>
                  <w:vAlign w:val="center"/>
                </w:tcPr>
                <w:p w14:paraId="5CECC765" w14:textId="77777777" w:rsidR="000948DB" w:rsidRDefault="00000000">
                  <w:pPr>
                    <w:spacing w:after="0" w:line="240" w:lineRule="auto"/>
                  </w:pPr>
                  <w:r>
                    <w:rPr>
                      <w:color w:val="222222"/>
                      <w:sz w:val="17"/>
                    </w:rPr>
                    <w:t xml:space="preserve">  </w:t>
                  </w:r>
                </w:p>
              </w:tc>
            </w:tr>
            <w:tr w:rsidR="000948DB" w14:paraId="749E1509" w14:textId="77777777">
              <w:trPr>
                <w:jc w:val="center"/>
              </w:trPr>
              <w:tc>
                <w:tcPr>
                  <w:tcW w:w="1656" w:type="dxa"/>
                  <w:tcBorders>
                    <w:bottom w:val="single" w:sz="4" w:space="0" w:color="AAB7C4"/>
                  </w:tcBorders>
                  <w:tcMar>
                    <w:top w:w="45" w:type="dxa"/>
                    <w:left w:w="70" w:type="dxa"/>
                    <w:bottom w:w="45" w:type="dxa"/>
                    <w:right w:w="70" w:type="dxa"/>
                  </w:tcMar>
                  <w:vAlign w:val="center"/>
                </w:tcPr>
                <w:p w14:paraId="5D865009" w14:textId="77777777" w:rsidR="000948DB" w:rsidRDefault="00000000">
                  <w:pPr>
                    <w:spacing w:after="0" w:line="240" w:lineRule="auto"/>
                  </w:pPr>
                  <w:r>
                    <w:rPr>
                      <w:b/>
                      <w:color w:val="1F3B5C"/>
                      <w:sz w:val="17"/>
                    </w:rPr>
                    <w:t>Agency / owner:</w:t>
                  </w:r>
                </w:p>
              </w:tc>
              <w:tc>
                <w:tcPr>
                  <w:tcW w:w="4032" w:type="dxa"/>
                  <w:tcBorders>
                    <w:bottom w:val="single" w:sz="4" w:space="0" w:color="AAB7C4"/>
                  </w:tcBorders>
                  <w:tcMar>
                    <w:top w:w="45" w:type="dxa"/>
                    <w:left w:w="70" w:type="dxa"/>
                    <w:bottom w:w="45" w:type="dxa"/>
                    <w:right w:w="70" w:type="dxa"/>
                  </w:tcMar>
                  <w:vAlign w:val="center"/>
                </w:tcPr>
                <w:p w14:paraId="04B95FBD" w14:textId="77777777" w:rsidR="000948DB" w:rsidRDefault="00000000">
                  <w:pPr>
                    <w:spacing w:after="0" w:line="240" w:lineRule="auto"/>
                  </w:pPr>
                  <w:r>
                    <w:rPr>
                      <w:color w:val="222222"/>
                      <w:sz w:val="17"/>
                    </w:rPr>
                    <w:t xml:space="preserve"> </w:t>
                  </w:r>
                </w:p>
              </w:tc>
              <w:tc>
                <w:tcPr>
                  <w:tcW w:w="1584" w:type="dxa"/>
                  <w:tcBorders>
                    <w:bottom w:val="single" w:sz="4" w:space="0" w:color="AAB7C4"/>
                  </w:tcBorders>
                  <w:tcMar>
                    <w:top w:w="45" w:type="dxa"/>
                    <w:left w:w="70" w:type="dxa"/>
                    <w:bottom w:w="45" w:type="dxa"/>
                    <w:right w:w="70" w:type="dxa"/>
                  </w:tcMar>
                  <w:vAlign w:val="center"/>
                </w:tcPr>
                <w:p w14:paraId="569A8071" w14:textId="77777777" w:rsidR="000948DB" w:rsidRDefault="00000000">
                  <w:pPr>
                    <w:spacing w:after="0" w:line="240" w:lineRule="auto"/>
                  </w:pPr>
                  <w:r>
                    <w:rPr>
                      <w:b/>
                      <w:color w:val="1F3B5C"/>
                      <w:sz w:val="17"/>
                    </w:rPr>
                    <w:t>Project or contract no.:</w:t>
                  </w:r>
                </w:p>
              </w:tc>
              <w:tc>
                <w:tcPr>
                  <w:tcW w:w="3240" w:type="dxa"/>
                  <w:tcBorders>
                    <w:bottom w:val="single" w:sz="4" w:space="0" w:color="AAB7C4"/>
                  </w:tcBorders>
                  <w:tcMar>
                    <w:top w:w="45" w:type="dxa"/>
                    <w:left w:w="70" w:type="dxa"/>
                    <w:bottom w:w="45" w:type="dxa"/>
                    <w:right w:w="70" w:type="dxa"/>
                  </w:tcMar>
                  <w:vAlign w:val="center"/>
                </w:tcPr>
                <w:p w14:paraId="003E6465" w14:textId="77777777" w:rsidR="000948DB" w:rsidRDefault="00000000">
                  <w:pPr>
                    <w:spacing w:after="0" w:line="240" w:lineRule="auto"/>
                  </w:pPr>
                  <w:r>
                    <w:rPr>
                      <w:color w:val="222222"/>
                      <w:sz w:val="17"/>
                    </w:rPr>
                    <w:t xml:space="preserve"> </w:t>
                  </w:r>
                </w:p>
              </w:tc>
            </w:tr>
            <w:tr w:rsidR="000948DB" w14:paraId="53BE3481" w14:textId="77777777">
              <w:trPr>
                <w:jc w:val="center"/>
              </w:trPr>
              <w:tc>
                <w:tcPr>
                  <w:tcW w:w="1656" w:type="dxa"/>
                  <w:tcBorders>
                    <w:bottom w:val="single" w:sz="4" w:space="0" w:color="AAB7C4"/>
                  </w:tcBorders>
                  <w:tcMar>
                    <w:top w:w="45" w:type="dxa"/>
                    <w:left w:w="70" w:type="dxa"/>
                    <w:bottom w:w="45" w:type="dxa"/>
                    <w:right w:w="70" w:type="dxa"/>
                  </w:tcMar>
                  <w:vAlign w:val="center"/>
                </w:tcPr>
                <w:p w14:paraId="6F99E9C3" w14:textId="77777777" w:rsidR="000948DB" w:rsidRDefault="00000000">
                  <w:pPr>
                    <w:spacing w:after="0" w:line="240" w:lineRule="auto"/>
                  </w:pPr>
                  <w:r>
                    <w:rPr>
                      <w:b/>
                      <w:color w:val="1F3B5C"/>
                      <w:sz w:val="17"/>
                    </w:rPr>
                    <w:t>Project name:</w:t>
                  </w:r>
                </w:p>
              </w:tc>
              <w:tc>
                <w:tcPr>
                  <w:tcW w:w="8856" w:type="dxa"/>
                  <w:gridSpan w:val="3"/>
                  <w:tcBorders>
                    <w:bottom w:val="single" w:sz="4" w:space="0" w:color="AAB7C4"/>
                  </w:tcBorders>
                  <w:tcMar>
                    <w:top w:w="45" w:type="dxa"/>
                    <w:left w:w="70" w:type="dxa"/>
                    <w:bottom w:w="45" w:type="dxa"/>
                    <w:right w:w="70" w:type="dxa"/>
                  </w:tcMar>
                  <w:vAlign w:val="center"/>
                </w:tcPr>
                <w:p w14:paraId="7EA9D0DA" w14:textId="77777777" w:rsidR="000948DB" w:rsidRDefault="00000000">
                  <w:pPr>
                    <w:spacing w:after="0" w:line="240" w:lineRule="auto"/>
                  </w:pPr>
                  <w:r>
                    <w:rPr>
                      <w:color w:val="222222"/>
                      <w:sz w:val="17"/>
                    </w:rPr>
                    <w:t xml:space="preserve">  </w:t>
                  </w:r>
                </w:p>
              </w:tc>
            </w:tr>
            <w:tr w:rsidR="000948DB" w14:paraId="5F4CA669" w14:textId="77777777" w:rsidTr="00AF1AFB">
              <w:trPr>
                <w:trHeight w:val="279"/>
                <w:jc w:val="center"/>
              </w:trPr>
              <w:tc>
                <w:tcPr>
                  <w:tcW w:w="1656" w:type="dxa"/>
                  <w:tcBorders>
                    <w:bottom w:val="single" w:sz="4" w:space="0" w:color="AAB7C4"/>
                  </w:tcBorders>
                  <w:tcMar>
                    <w:top w:w="45" w:type="dxa"/>
                    <w:left w:w="70" w:type="dxa"/>
                    <w:bottom w:w="45" w:type="dxa"/>
                    <w:right w:w="70" w:type="dxa"/>
                  </w:tcMar>
                  <w:vAlign w:val="center"/>
                </w:tcPr>
                <w:p w14:paraId="42F115B3" w14:textId="77777777" w:rsidR="000948DB" w:rsidRDefault="00000000">
                  <w:pPr>
                    <w:spacing w:after="0" w:line="240" w:lineRule="auto"/>
                  </w:pPr>
                  <w:r>
                    <w:rPr>
                      <w:b/>
                      <w:color w:val="1F3B5C"/>
                      <w:sz w:val="17"/>
                    </w:rPr>
                    <w:t>Bid date &amp; time:</w:t>
                  </w:r>
                </w:p>
              </w:tc>
              <w:tc>
                <w:tcPr>
                  <w:tcW w:w="4032" w:type="dxa"/>
                  <w:tcBorders>
                    <w:bottom w:val="single" w:sz="4" w:space="0" w:color="AAB7C4"/>
                  </w:tcBorders>
                  <w:tcMar>
                    <w:top w:w="45" w:type="dxa"/>
                    <w:left w:w="70" w:type="dxa"/>
                    <w:bottom w:w="45" w:type="dxa"/>
                    <w:right w:w="70" w:type="dxa"/>
                  </w:tcMar>
                  <w:vAlign w:val="center"/>
                </w:tcPr>
                <w:p w14:paraId="35DA4FE4" w14:textId="77777777" w:rsidR="000948DB" w:rsidRDefault="00000000">
                  <w:pPr>
                    <w:spacing w:after="0" w:line="240" w:lineRule="auto"/>
                  </w:pPr>
                  <w:r>
                    <w:rPr>
                      <w:color w:val="222222"/>
                      <w:sz w:val="17"/>
                    </w:rPr>
                    <w:t xml:space="preserve"> </w:t>
                  </w:r>
                </w:p>
              </w:tc>
              <w:tc>
                <w:tcPr>
                  <w:tcW w:w="1584" w:type="dxa"/>
                  <w:tcBorders>
                    <w:bottom w:val="single" w:sz="4" w:space="0" w:color="AAB7C4"/>
                  </w:tcBorders>
                  <w:tcMar>
                    <w:top w:w="45" w:type="dxa"/>
                    <w:left w:w="70" w:type="dxa"/>
                    <w:bottom w:w="45" w:type="dxa"/>
                    <w:right w:w="70" w:type="dxa"/>
                  </w:tcMar>
                  <w:vAlign w:val="center"/>
                </w:tcPr>
                <w:p w14:paraId="1337ABD5" w14:textId="77777777" w:rsidR="000948DB" w:rsidRDefault="00000000">
                  <w:pPr>
                    <w:spacing w:after="0" w:line="240" w:lineRule="auto"/>
                  </w:pPr>
                  <w:r>
                    <w:rPr>
                      <w:b/>
                      <w:color w:val="1F3B5C"/>
                      <w:sz w:val="17"/>
                    </w:rPr>
                    <w:t>County / location:</w:t>
                  </w:r>
                </w:p>
              </w:tc>
              <w:tc>
                <w:tcPr>
                  <w:tcW w:w="3240" w:type="dxa"/>
                  <w:tcBorders>
                    <w:bottom w:val="single" w:sz="4" w:space="0" w:color="AAB7C4"/>
                  </w:tcBorders>
                  <w:tcMar>
                    <w:top w:w="45" w:type="dxa"/>
                    <w:left w:w="70" w:type="dxa"/>
                    <w:bottom w:w="45" w:type="dxa"/>
                    <w:right w:w="70" w:type="dxa"/>
                  </w:tcMar>
                  <w:vAlign w:val="center"/>
                </w:tcPr>
                <w:p w14:paraId="59C7C13A" w14:textId="77777777" w:rsidR="000948DB" w:rsidRDefault="00000000">
                  <w:pPr>
                    <w:spacing w:after="0" w:line="240" w:lineRule="auto"/>
                  </w:pPr>
                  <w:r>
                    <w:rPr>
                      <w:color w:val="222222"/>
                      <w:sz w:val="17"/>
                    </w:rPr>
                    <w:t xml:space="preserve"> </w:t>
                  </w:r>
                </w:p>
              </w:tc>
            </w:tr>
          </w:tbl>
          <w:p w14:paraId="1A98E9E8" w14:textId="77777777" w:rsidR="000948DB" w:rsidRDefault="000948DB">
            <w:pPr>
              <w:spacing w:after="0" w:line="20" w:lineRule="exact"/>
            </w:pPr>
          </w:p>
          <w:tbl>
            <w:tblPr>
              <w:tblW w:w="0" w:type="auto"/>
              <w:jc w:val="center"/>
              <w:tblLook w:val="04A0" w:firstRow="1" w:lastRow="0" w:firstColumn="1" w:lastColumn="0" w:noHBand="0" w:noVBand="1"/>
            </w:tblPr>
            <w:tblGrid>
              <w:gridCol w:w="11030"/>
            </w:tblGrid>
            <w:tr w:rsidR="000948DB" w14:paraId="24EF4719" w14:textId="77777777">
              <w:trPr>
                <w:jc w:val="center"/>
              </w:trPr>
              <w:tc>
                <w:tcPr>
                  <w:tcW w:w="11030" w:type="dxa"/>
                  <w:shd w:val="clear" w:color="auto" w:fill="1F3B5C"/>
                  <w:tcMar>
                    <w:top w:w="45" w:type="dxa"/>
                    <w:left w:w="80" w:type="dxa"/>
                    <w:bottom w:w="45" w:type="dxa"/>
                    <w:right w:w="80" w:type="dxa"/>
                  </w:tcMar>
                </w:tcPr>
                <w:p w14:paraId="77522200" w14:textId="77777777" w:rsidR="000948DB" w:rsidRDefault="00000000">
                  <w:pPr>
                    <w:spacing w:after="0" w:line="240" w:lineRule="auto"/>
                  </w:pPr>
                  <w:r>
                    <w:rPr>
                      <w:b/>
                      <w:color w:val="FFFFFF"/>
                      <w:sz w:val="19"/>
                    </w:rPr>
                    <w:t>2. STANDARD GOOD FAITH EFFORT PACKAGE</w:t>
                  </w:r>
                </w:p>
              </w:tc>
            </w:tr>
          </w:tbl>
          <w:p w14:paraId="0A874F8B" w14:textId="77777777" w:rsidR="000948DB" w:rsidRDefault="000948DB">
            <w:pPr>
              <w:spacing w:after="0" w:line="20" w:lineRule="exact"/>
            </w:pPr>
          </w:p>
          <w:tbl>
            <w:tblPr>
              <w:tblW w:w="0" w:type="auto"/>
              <w:jc w:val="center"/>
              <w:tblLayout w:type="fixed"/>
              <w:tblLook w:val="04A0" w:firstRow="1" w:lastRow="0" w:firstColumn="1" w:lastColumn="0" w:noHBand="0" w:noVBand="1"/>
            </w:tblPr>
            <w:tblGrid>
              <w:gridCol w:w="9000"/>
              <w:gridCol w:w="5515"/>
            </w:tblGrid>
            <w:tr w:rsidR="000948DB" w14:paraId="3B51580F" w14:textId="77777777">
              <w:trPr>
                <w:jc w:val="center"/>
              </w:trPr>
              <w:tc>
                <w:tcPr>
                  <w:tcW w:w="5515" w:type="dxa"/>
                  <w:tcBorders>
                    <w:top w:val="single" w:sz="4" w:space="0" w:color="AAB7C4"/>
                    <w:left w:val="single" w:sz="4" w:space="0" w:color="AAB7C4"/>
                    <w:bottom w:val="single" w:sz="4" w:space="0" w:color="AAB7C4"/>
                    <w:right w:val="single" w:sz="4" w:space="0" w:color="AAB7C4"/>
                  </w:tcBorders>
                  <w:shd w:val="clear" w:color="auto" w:fill="EAF1F7"/>
                  <w:tcMar>
                    <w:top w:w="45" w:type="dxa"/>
                    <w:left w:w="70" w:type="dxa"/>
                    <w:bottom w:w="45" w:type="dxa"/>
                    <w:right w:w="70" w:type="dxa"/>
                  </w:tcMar>
                </w:tcPr>
                <w:p w14:paraId="04034996" w14:textId="77777777" w:rsidR="000948DB" w:rsidRDefault="00000000">
                  <w:pPr>
                    <w:spacing w:after="0" w:line="240" w:lineRule="auto"/>
                  </w:pPr>
                  <w:r>
                    <w:rPr>
                      <w:b/>
                      <w:color w:val="1F3B5C"/>
                      <w:sz w:val="17"/>
                    </w:rPr>
                    <w:t>Included services</w:t>
                  </w:r>
                </w:p>
              </w:tc>
              <w:tc>
                <w:tcPr>
                  <w:tcW w:w="5515" w:type="dxa"/>
                  <w:tcBorders>
                    <w:top w:val="single" w:sz="4" w:space="0" w:color="AAB7C4"/>
                    <w:left w:val="single" w:sz="4" w:space="0" w:color="AAB7C4"/>
                    <w:bottom w:val="single" w:sz="4" w:space="0" w:color="AAB7C4"/>
                    <w:right w:val="single" w:sz="4" w:space="0" w:color="AAB7C4"/>
                  </w:tcBorders>
                  <w:shd w:val="clear" w:color="auto" w:fill="EAF1F7"/>
                  <w:tcMar>
                    <w:top w:w="45" w:type="dxa"/>
                    <w:left w:w="70" w:type="dxa"/>
                    <w:bottom w:w="45" w:type="dxa"/>
                    <w:right w:w="70" w:type="dxa"/>
                  </w:tcMar>
                </w:tcPr>
                <w:p w14:paraId="0D2ABAEA" w14:textId="77777777" w:rsidR="000948DB" w:rsidRDefault="00000000">
                  <w:pPr>
                    <w:spacing w:after="0" w:line="240" w:lineRule="auto"/>
                    <w:jc w:val="center"/>
                  </w:pPr>
                  <w:r>
                    <w:rPr>
                      <w:b/>
                      <w:color w:val="1F3B5C"/>
                      <w:sz w:val="17"/>
                    </w:rPr>
                    <w:t>PRICE</w:t>
                  </w:r>
                </w:p>
              </w:tc>
            </w:tr>
            <w:tr w:rsidR="000948DB" w14:paraId="67CB6047" w14:textId="77777777">
              <w:trPr>
                <w:jc w:val="center"/>
              </w:trPr>
              <w:tc>
                <w:tcPr>
                  <w:tcW w:w="9000" w:type="dxa"/>
                  <w:tcBorders>
                    <w:top w:val="single" w:sz="4" w:space="0" w:color="AAB7C4"/>
                    <w:left w:val="single" w:sz="4" w:space="0" w:color="AAB7C4"/>
                    <w:bottom w:val="single" w:sz="4" w:space="0" w:color="AAB7C4"/>
                    <w:right w:val="single" w:sz="4" w:space="0" w:color="AAB7C4"/>
                  </w:tcBorders>
                  <w:tcMar>
                    <w:top w:w="45" w:type="dxa"/>
                    <w:left w:w="80" w:type="dxa"/>
                    <w:bottom w:w="45" w:type="dxa"/>
                    <w:right w:w="80" w:type="dxa"/>
                  </w:tcMar>
                </w:tcPr>
                <w:p w14:paraId="3AAC0201" w14:textId="3A75D4FE" w:rsidR="000948DB" w:rsidRDefault="00000000" w:rsidP="005E7850">
                  <w:pPr>
                    <w:spacing w:after="0" w:line="240" w:lineRule="auto"/>
                    <w:jc w:val="right"/>
                  </w:pPr>
                  <w:r>
                    <w:rPr>
                      <w:b/>
                      <w:color w:val="1F3B5C"/>
                    </w:rPr>
                    <w:t xml:space="preserve">☐ </w:t>
                  </w:r>
                  <w:r>
                    <w:rPr>
                      <w:color w:val="222222"/>
                      <w:sz w:val="16"/>
                    </w:rPr>
                    <w:t xml:space="preserve">Post Trade and Focus </w:t>
                  </w:r>
                  <w:r w:rsidR="001A2B1A">
                    <w:rPr>
                      <w:color w:val="222222"/>
                      <w:sz w:val="16"/>
                    </w:rPr>
                    <w:t>A</w:t>
                  </w:r>
                  <w:r>
                    <w:rPr>
                      <w:color w:val="222222"/>
                      <w:sz w:val="16"/>
                    </w:rPr>
                    <w:t xml:space="preserve">ds on ContractorsEstimate.com </w:t>
                  </w:r>
                  <w:r w:rsidR="001A2B1A">
                    <w:rPr>
                      <w:color w:val="222222"/>
                      <w:sz w:val="16"/>
                    </w:rPr>
                    <w:t>t</w:t>
                  </w:r>
                  <w:r>
                    <w:rPr>
                      <w:color w:val="222222"/>
                      <w:sz w:val="16"/>
                    </w:rPr>
                    <w:t>hrough the bid date.</w:t>
                  </w:r>
                  <w:r>
                    <w:br/>
                  </w:r>
                  <w:r>
                    <w:rPr>
                      <w:b/>
                      <w:color w:val="1F3B5C"/>
                    </w:rPr>
                    <w:t xml:space="preserve">☐ </w:t>
                  </w:r>
                  <w:r>
                    <w:rPr>
                      <w:color w:val="222222"/>
                      <w:sz w:val="16"/>
                    </w:rPr>
                    <w:t>Contact federal, state, local resources</w:t>
                  </w:r>
                  <w:r w:rsidR="005E7850">
                    <w:rPr>
                      <w:color w:val="222222"/>
                      <w:sz w:val="16"/>
                    </w:rPr>
                    <w:t xml:space="preserve"> including SBA Sub Net and or MBDA</w:t>
                  </w:r>
                  <w:r>
                    <w:rPr>
                      <w:color w:val="222222"/>
                      <w:sz w:val="16"/>
                    </w:rPr>
                    <w:t xml:space="preserve"> </w:t>
                  </w:r>
                  <w:r>
                    <w:br/>
                  </w:r>
                  <w:r>
                    <w:rPr>
                      <w:b/>
                      <w:color w:val="1F3B5C"/>
                    </w:rPr>
                    <w:t xml:space="preserve">☐ </w:t>
                  </w:r>
                  <w:r w:rsidRPr="005E7850">
                    <w:rPr>
                      <w:color w:val="222222"/>
                      <w:sz w:val="16"/>
                      <w:highlight w:val="yellow"/>
                    </w:rPr>
                    <w:t>Solicit up to 100 certified subcontractors and suppliers</w:t>
                  </w:r>
                  <w:r>
                    <w:rPr>
                      <w:color w:val="222222"/>
                      <w:sz w:val="16"/>
                    </w:rPr>
                    <w:t>.</w:t>
                  </w:r>
                  <w:r>
                    <w:br/>
                  </w:r>
                  <w:r>
                    <w:rPr>
                      <w:b/>
                      <w:color w:val="1F3B5C"/>
                    </w:rPr>
                    <w:t xml:space="preserve">☐ </w:t>
                  </w:r>
                  <w:r>
                    <w:rPr>
                      <w:color w:val="222222"/>
                      <w:sz w:val="16"/>
                    </w:rPr>
                    <w:t>Create an Invitation to Bid for outreach solicitations.</w:t>
                  </w:r>
                  <w:r>
                    <w:br/>
                  </w:r>
                  <w:r>
                    <w:rPr>
                      <w:b/>
                      <w:color w:val="1F3B5C"/>
                    </w:rPr>
                    <w:t xml:space="preserve">☐ </w:t>
                  </w:r>
                  <w:r>
                    <w:rPr>
                      <w:color w:val="222222"/>
                      <w:sz w:val="16"/>
                    </w:rPr>
                    <w:t>Send initial and follow-up email solicitations.</w:t>
                  </w:r>
                  <w:r>
                    <w:br/>
                  </w:r>
                  <w:r>
                    <w:rPr>
                      <w:b/>
                      <w:color w:val="1F3B5C"/>
                    </w:rPr>
                    <w:t xml:space="preserve">☐ </w:t>
                  </w:r>
                  <w:r>
                    <w:rPr>
                      <w:color w:val="222222"/>
                      <w:sz w:val="16"/>
                    </w:rPr>
                    <w:t>Fax Invitations to Bid, when applicable, and generate a broadcast report.</w:t>
                  </w:r>
                  <w:r>
                    <w:br/>
                  </w:r>
                  <w:r>
                    <w:rPr>
                      <w:b/>
                      <w:color w:val="1F3B5C"/>
                    </w:rPr>
                    <w:t xml:space="preserve">☐ </w:t>
                  </w:r>
                  <w:r>
                    <w:rPr>
                      <w:color w:val="222222"/>
                      <w:sz w:val="16"/>
                    </w:rPr>
                    <w:t>Generate a phone log documenting outreach contacts.</w:t>
                  </w:r>
                </w:p>
              </w:tc>
              <w:tc>
                <w:tcPr>
                  <w:tcW w:w="1512" w:type="dxa"/>
                  <w:tcBorders>
                    <w:top w:val="single" w:sz="4" w:space="0" w:color="AAB7C4"/>
                    <w:left w:val="single" w:sz="4" w:space="0" w:color="AAB7C4"/>
                    <w:bottom w:val="single" w:sz="4" w:space="0" w:color="AAB7C4"/>
                    <w:right w:val="single" w:sz="4" w:space="0" w:color="AAB7C4"/>
                  </w:tcBorders>
                  <w:tcMar>
                    <w:top w:w="45" w:type="dxa"/>
                    <w:left w:w="70" w:type="dxa"/>
                    <w:bottom w:w="45" w:type="dxa"/>
                    <w:right w:w="70" w:type="dxa"/>
                  </w:tcMar>
                </w:tcPr>
                <w:p w14:paraId="73D5AFEF" w14:textId="77777777" w:rsidR="000948DB" w:rsidRDefault="00000000">
                  <w:pPr>
                    <w:spacing w:after="0" w:line="240" w:lineRule="auto"/>
                    <w:jc w:val="center"/>
                  </w:pPr>
                  <w:r>
                    <w:rPr>
                      <w:b/>
                      <w:color w:val="9A7B17"/>
                      <w:sz w:val="22"/>
                    </w:rPr>
                    <w:t>$120.00</w:t>
                  </w:r>
                </w:p>
              </w:tc>
            </w:tr>
          </w:tbl>
          <w:p w14:paraId="003978C3" w14:textId="77777777" w:rsidR="000948DB" w:rsidRDefault="000948DB">
            <w:pPr>
              <w:spacing w:after="0" w:line="20" w:lineRule="exact"/>
            </w:pPr>
          </w:p>
          <w:tbl>
            <w:tblPr>
              <w:tblW w:w="0" w:type="auto"/>
              <w:jc w:val="center"/>
              <w:tblLook w:val="04A0" w:firstRow="1" w:lastRow="0" w:firstColumn="1" w:lastColumn="0" w:noHBand="0" w:noVBand="1"/>
            </w:tblPr>
            <w:tblGrid>
              <w:gridCol w:w="11030"/>
            </w:tblGrid>
            <w:tr w:rsidR="000948DB" w14:paraId="526F677D" w14:textId="77777777">
              <w:trPr>
                <w:jc w:val="center"/>
              </w:trPr>
              <w:tc>
                <w:tcPr>
                  <w:tcW w:w="11030" w:type="dxa"/>
                  <w:shd w:val="clear" w:color="auto" w:fill="1F3B5C"/>
                  <w:tcMar>
                    <w:top w:w="45" w:type="dxa"/>
                    <w:left w:w="80" w:type="dxa"/>
                    <w:bottom w:w="45" w:type="dxa"/>
                    <w:right w:w="80" w:type="dxa"/>
                  </w:tcMar>
                </w:tcPr>
                <w:p w14:paraId="37DA72B5" w14:textId="77777777" w:rsidR="000948DB" w:rsidRDefault="00000000">
                  <w:pPr>
                    <w:spacing w:after="0" w:line="240" w:lineRule="auto"/>
                  </w:pPr>
                  <w:r>
                    <w:rPr>
                      <w:b/>
                      <w:color w:val="FFFFFF"/>
                      <w:sz w:val="19"/>
                    </w:rPr>
                    <w:t>3. OPTIONAL / ADDITIONAL SERVICES</w:t>
                  </w:r>
                </w:p>
              </w:tc>
            </w:tr>
          </w:tbl>
          <w:p w14:paraId="16E2178E" w14:textId="77777777" w:rsidR="000948DB" w:rsidRDefault="000948DB">
            <w:pPr>
              <w:spacing w:after="0" w:line="20" w:lineRule="exact"/>
            </w:pPr>
          </w:p>
          <w:tbl>
            <w:tblPr>
              <w:tblW w:w="14967" w:type="dxa"/>
              <w:jc w:val="center"/>
              <w:tblLayout w:type="fixed"/>
              <w:tblLook w:val="04A0" w:firstRow="1" w:lastRow="0" w:firstColumn="1" w:lastColumn="0" w:noHBand="0" w:noVBand="1"/>
            </w:tblPr>
            <w:tblGrid>
              <w:gridCol w:w="9174"/>
              <w:gridCol w:w="1530"/>
              <w:gridCol w:w="1506"/>
              <w:gridCol w:w="2757"/>
            </w:tblGrid>
            <w:tr w:rsidR="000948DB" w14:paraId="64807828" w14:textId="77777777" w:rsidTr="001A2B1A">
              <w:trPr>
                <w:jc w:val="center"/>
              </w:trPr>
              <w:tc>
                <w:tcPr>
                  <w:tcW w:w="9174" w:type="dxa"/>
                  <w:tcBorders>
                    <w:top w:val="single" w:sz="4" w:space="0" w:color="AAB7C4"/>
                    <w:left w:val="single" w:sz="4" w:space="0" w:color="AAB7C4"/>
                    <w:bottom w:val="single" w:sz="4" w:space="0" w:color="AAB7C4"/>
                    <w:right w:val="single" w:sz="4" w:space="0" w:color="AAB7C4"/>
                  </w:tcBorders>
                  <w:shd w:val="clear" w:color="auto" w:fill="EAF1F7"/>
                  <w:tcMar>
                    <w:top w:w="40" w:type="dxa"/>
                    <w:left w:w="55" w:type="dxa"/>
                    <w:bottom w:w="40" w:type="dxa"/>
                    <w:right w:w="55" w:type="dxa"/>
                  </w:tcMar>
                </w:tcPr>
                <w:p w14:paraId="7AAE60B3" w14:textId="77777777" w:rsidR="000948DB" w:rsidRDefault="00000000">
                  <w:pPr>
                    <w:spacing w:after="0" w:line="240" w:lineRule="auto"/>
                  </w:pPr>
                  <w:r>
                    <w:rPr>
                      <w:b/>
                      <w:color w:val="1F3B5C"/>
                      <w:sz w:val="16"/>
                    </w:rPr>
                    <w:t>Service</w:t>
                  </w:r>
                </w:p>
              </w:tc>
              <w:tc>
                <w:tcPr>
                  <w:tcW w:w="1530" w:type="dxa"/>
                  <w:tcBorders>
                    <w:top w:val="single" w:sz="4" w:space="0" w:color="AAB7C4"/>
                    <w:left w:val="single" w:sz="4" w:space="0" w:color="AAB7C4"/>
                    <w:bottom w:val="single" w:sz="4" w:space="0" w:color="AAB7C4"/>
                    <w:right w:val="single" w:sz="4" w:space="0" w:color="AAB7C4"/>
                  </w:tcBorders>
                  <w:shd w:val="clear" w:color="auto" w:fill="EAF1F7"/>
                  <w:tcMar>
                    <w:top w:w="40" w:type="dxa"/>
                    <w:left w:w="55" w:type="dxa"/>
                    <w:bottom w:w="40" w:type="dxa"/>
                    <w:right w:w="55" w:type="dxa"/>
                  </w:tcMar>
                </w:tcPr>
                <w:p w14:paraId="0EC0A320" w14:textId="77777777" w:rsidR="000948DB" w:rsidRDefault="00000000">
                  <w:pPr>
                    <w:spacing w:after="0" w:line="240" w:lineRule="auto"/>
                    <w:jc w:val="center"/>
                  </w:pPr>
                  <w:r>
                    <w:rPr>
                      <w:b/>
                      <w:color w:val="1F3B5C"/>
                      <w:sz w:val="16"/>
                    </w:rPr>
                    <w:t>Rate</w:t>
                  </w:r>
                </w:p>
              </w:tc>
              <w:tc>
                <w:tcPr>
                  <w:tcW w:w="1506" w:type="dxa"/>
                  <w:tcBorders>
                    <w:top w:val="single" w:sz="4" w:space="0" w:color="AAB7C4"/>
                    <w:left w:val="single" w:sz="4" w:space="0" w:color="AAB7C4"/>
                    <w:bottom w:val="single" w:sz="4" w:space="0" w:color="AAB7C4"/>
                    <w:right w:val="single" w:sz="4" w:space="0" w:color="AAB7C4"/>
                  </w:tcBorders>
                  <w:shd w:val="clear" w:color="auto" w:fill="EAF1F7"/>
                  <w:tcMar>
                    <w:top w:w="40" w:type="dxa"/>
                    <w:left w:w="55" w:type="dxa"/>
                    <w:bottom w:w="40" w:type="dxa"/>
                    <w:right w:w="55" w:type="dxa"/>
                  </w:tcMar>
                </w:tcPr>
                <w:p w14:paraId="0F3EABEA" w14:textId="77777777" w:rsidR="000948DB" w:rsidRDefault="00000000">
                  <w:pPr>
                    <w:spacing w:after="0" w:line="240" w:lineRule="auto"/>
                    <w:jc w:val="center"/>
                  </w:pPr>
                  <w:r>
                    <w:rPr>
                      <w:b/>
                      <w:color w:val="1F3B5C"/>
                      <w:sz w:val="16"/>
                    </w:rPr>
                    <w:t>Qty.</w:t>
                  </w:r>
                </w:p>
              </w:tc>
              <w:tc>
                <w:tcPr>
                  <w:tcW w:w="2757" w:type="dxa"/>
                  <w:tcBorders>
                    <w:top w:val="single" w:sz="4" w:space="0" w:color="AAB7C4"/>
                    <w:left w:val="single" w:sz="4" w:space="0" w:color="AAB7C4"/>
                    <w:bottom w:val="single" w:sz="4" w:space="0" w:color="AAB7C4"/>
                    <w:right w:val="single" w:sz="4" w:space="0" w:color="AAB7C4"/>
                  </w:tcBorders>
                  <w:shd w:val="clear" w:color="auto" w:fill="EAF1F7"/>
                  <w:tcMar>
                    <w:top w:w="40" w:type="dxa"/>
                    <w:left w:w="55" w:type="dxa"/>
                    <w:bottom w:w="40" w:type="dxa"/>
                    <w:right w:w="55" w:type="dxa"/>
                  </w:tcMar>
                </w:tcPr>
                <w:p w14:paraId="7255E6B4" w14:textId="77777777" w:rsidR="000948DB" w:rsidRDefault="00000000">
                  <w:pPr>
                    <w:spacing w:after="0" w:line="240" w:lineRule="auto"/>
                    <w:jc w:val="center"/>
                  </w:pPr>
                  <w:r>
                    <w:rPr>
                      <w:b/>
                      <w:color w:val="1F3B5C"/>
                      <w:sz w:val="16"/>
                    </w:rPr>
                    <w:t>Amount</w:t>
                  </w:r>
                </w:p>
              </w:tc>
            </w:tr>
            <w:tr w:rsidR="000948DB" w14:paraId="51941D5D" w14:textId="77777777" w:rsidTr="001A2B1A">
              <w:trPr>
                <w:jc w:val="center"/>
              </w:trPr>
              <w:tc>
                <w:tcPr>
                  <w:tcW w:w="9174" w:type="dxa"/>
                  <w:tcBorders>
                    <w:top w:val="single" w:sz="4" w:space="0" w:color="AAB7C4"/>
                    <w:left w:val="single" w:sz="4" w:space="0" w:color="AAB7C4"/>
                    <w:bottom w:val="single" w:sz="4" w:space="0" w:color="AAB7C4"/>
                    <w:right w:val="single" w:sz="4" w:space="0" w:color="AAB7C4"/>
                  </w:tcBorders>
                  <w:tcMar>
                    <w:top w:w="38" w:type="dxa"/>
                    <w:left w:w="55" w:type="dxa"/>
                    <w:bottom w:w="38" w:type="dxa"/>
                    <w:right w:w="55" w:type="dxa"/>
                  </w:tcMar>
                </w:tcPr>
                <w:p w14:paraId="2F8E7E9C" w14:textId="77777777" w:rsidR="000948DB" w:rsidRDefault="00000000" w:rsidP="005E7850">
                  <w:pPr>
                    <w:spacing w:after="0" w:line="240" w:lineRule="auto"/>
                    <w:jc w:val="right"/>
                  </w:pPr>
                  <w:r>
                    <w:rPr>
                      <w:color w:val="222222"/>
                      <w:sz w:val="16"/>
                    </w:rPr>
                    <w:t>Additional firms over the first 100</w:t>
                  </w:r>
                </w:p>
              </w:tc>
              <w:tc>
                <w:tcPr>
                  <w:tcW w:w="1530" w:type="dxa"/>
                  <w:tcBorders>
                    <w:top w:val="single" w:sz="4" w:space="0" w:color="AAB7C4"/>
                    <w:left w:val="single" w:sz="4" w:space="0" w:color="AAB7C4"/>
                    <w:bottom w:val="single" w:sz="4" w:space="0" w:color="AAB7C4"/>
                    <w:right w:val="single" w:sz="4" w:space="0" w:color="AAB7C4"/>
                  </w:tcBorders>
                  <w:tcMar>
                    <w:top w:w="38" w:type="dxa"/>
                    <w:left w:w="55" w:type="dxa"/>
                    <w:bottom w:w="38" w:type="dxa"/>
                    <w:right w:w="55" w:type="dxa"/>
                  </w:tcMar>
                </w:tcPr>
                <w:p w14:paraId="089BE59E" w14:textId="77777777" w:rsidR="000948DB" w:rsidRDefault="00000000">
                  <w:pPr>
                    <w:spacing w:after="0" w:line="240" w:lineRule="auto"/>
                    <w:jc w:val="center"/>
                  </w:pPr>
                  <w:r>
                    <w:rPr>
                      <w:b/>
                      <w:color w:val="222222"/>
                      <w:sz w:val="16"/>
                    </w:rPr>
                    <w:t>$0.50 each</w:t>
                  </w:r>
                </w:p>
              </w:tc>
              <w:tc>
                <w:tcPr>
                  <w:tcW w:w="1506" w:type="dxa"/>
                  <w:tcBorders>
                    <w:top w:val="single" w:sz="4" w:space="0" w:color="AAB7C4"/>
                    <w:left w:val="single" w:sz="4" w:space="0" w:color="AAB7C4"/>
                    <w:bottom w:val="single" w:sz="4" w:space="0" w:color="AAB7C4"/>
                    <w:right w:val="single" w:sz="4" w:space="0" w:color="AAB7C4"/>
                  </w:tcBorders>
                  <w:tcMar>
                    <w:top w:w="38" w:type="dxa"/>
                    <w:left w:w="55" w:type="dxa"/>
                    <w:bottom w:w="38" w:type="dxa"/>
                    <w:right w:w="55" w:type="dxa"/>
                  </w:tcMar>
                </w:tcPr>
                <w:p w14:paraId="5FC481B0" w14:textId="77777777" w:rsidR="000948DB" w:rsidRDefault="000948DB">
                  <w:pPr>
                    <w:spacing w:after="0" w:line="240" w:lineRule="auto"/>
                    <w:jc w:val="center"/>
                  </w:pPr>
                </w:p>
              </w:tc>
              <w:tc>
                <w:tcPr>
                  <w:tcW w:w="2757" w:type="dxa"/>
                  <w:tcBorders>
                    <w:top w:val="single" w:sz="4" w:space="0" w:color="AAB7C4"/>
                    <w:left w:val="single" w:sz="4" w:space="0" w:color="AAB7C4"/>
                    <w:bottom w:val="single" w:sz="4" w:space="0" w:color="AAB7C4"/>
                    <w:right w:val="single" w:sz="4" w:space="0" w:color="AAB7C4"/>
                  </w:tcBorders>
                  <w:tcMar>
                    <w:top w:w="38" w:type="dxa"/>
                    <w:left w:w="55" w:type="dxa"/>
                    <w:bottom w:w="38" w:type="dxa"/>
                    <w:right w:w="55" w:type="dxa"/>
                  </w:tcMar>
                </w:tcPr>
                <w:p w14:paraId="10B02BFC" w14:textId="77777777" w:rsidR="000948DB" w:rsidRDefault="000948DB">
                  <w:pPr>
                    <w:spacing w:after="0" w:line="240" w:lineRule="auto"/>
                    <w:jc w:val="center"/>
                  </w:pPr>
                </w:p>
              </w:tc>
            </w:tr>
            <w:tr w:rsidR="000948DB" w14:paraId="58E01D21" w14:textId="77777777" w:rsidTr="001A2B1A">
              <w:trPr>
                <w:jc w:val="center"/>
              </w:trPr>
              <w:tc>
                <w:tcPr>
                  <w:tcW w:w="9174" w:type="dxa"/>
                  <w:tcBorders>
                    <w:top w:val="single" w:sz="4" w:space="0" w:color="AAB7C4"/>
                    <w:left w:val="single" w:sz="4" w:space="0" w:color="AAB7C4"/>
                    <w:bottom w:val="single" w:sz="4" w:space="0" w:color="AAB7C4"/>
                    <w:right w:val="single" w:sz="4" w:space="0" w:color="AAB7C4"/>
                  </w:tcBorders>
                  <w:tcMar>
                    <w:top w:w="38" w:type="dxa"/>
                    <w:left w:w="55" w:type="dxa"/>
                    <w:bottom w:w="38" w:type="dxa"/>
                    <w:right w:w="55" w:type="dxa"/>
                  </w:tcMar>
                </w:tcPr>
                <w:p w14:paraId="3A37692E" w14:textId="13CAF155" w:rsidR="000948DB" w:rsidRPr="00AF1AFB" w:rsidRDefault="001A2B1A" w:rsidP="001A2B1A">
                  <w:pPr>
                    <w:spacing w:after="0" w:line="240" w:lineRule="auto"/>
                    <w:jc w:val="right"/>
                    <w:rPr>
                      <w:sz w:val="14"/>
                      <w:szCs w:val="14"/>
                    </w:rPr>
                  </w:pPr>
                  <w:r w:rsidRPr="00AF1AFB">
                    <w:rPr>
                      <w:color w:val="222222"/>
                      <w:sz w:val="14"/>
                      <w:szCs w:val="14"/>
                    </w:rPr>
                    <w:t xml:space="preserve">Additional outreach </w:t>
                  </w:r>
                  <w:r w:rsidR="00AF1AFB" w:rsidRPr="00AF1AFB">
                    <w:rPr>
                      <w:color w:val="222222"/>
                      <w:sz w:val="14"/>
                      <w:szCs w:val="14"/>
                    </w:rPr>
                    <w:t>searches</w:t>
                  </w:r>
                  <w:r w:rsidRPr="00AF1AFB">
                    <w:rPr>
                      <w:color w:val="222222"/>
                      <w:sz w:val="14"/>
                      <w:szCs w:val="14"/>
                    </w:rPr>
                    <w:t xml:space="preserve"> </w:t>
                  </w:r>
                  <w:r w:rsidR="00AF1AFB" w:rsidRPr="00AF1AFB">
                    <w:rPr>
                      <w:color w:val="222222"/>
                      <w:sz w:val="14"/>
                      <w:szCs w:val="14"/>
                    </w:rPr>
                    <w:t xml:space="preserve">beyond initial search </w:t>
                  </w:r>
                  <w:r w:rsidRPr="00AF1AFB">
                    <w:rPr>
                      <w:color w:val="222222"/>
                      <w:sz w:val="14"/>
                      <w:szCs w:val="14"/>
                    </w:rPr>
                    <w:t>using DGS, UCP, and/or</w:t>
                  </w:r>
                  <w:r w:rsidRPr="00AF1AFB">
                    <w:rPr>
                      <w:color w:val="222222"/>
                      <w:sz w:val="14"/>
                      <w:szCs w:val="14"/>
                    </w:rPr>
                    <w:t xml:space="preserve"> </w:t>
                  </w:r>
                  <w:r w:rsidRPr="00AF1AFB">
                    <w:rPr>
                      <w:color w:val="222222"/>
                      <w:sz w:val="14"/>
                      <w:szCs w:val="14"/>
                    </w:rPr>
                    <w:t>Supplier Clearinghouse (SCH).</w:t>
                  </w:r>
                </w:p>
              </w:tc>
              <w:tc>
                <w:tcPr>
                  <w:tcW w:w="1530" w:type="dxa"/>
                  <w:tcBorders>
                    <w:top w:val="single" w:sz="4" w:space="0" w:color="AAB7C4"/>
                    <w:left w:val="single" w:sz="4" w:space="0" w:color="AAB7C4"/>
                    <w:bottom w:val="single" w:sz="4" w:space="0" w:color="AAB7C4"/>
                    <w:right w:val="single" w:sz="4" w:space="0" w:color="AAB7C4"/>
                  </w:tcBorders>
                  <w:tcMar>
                    <w:top w:w="38" w:type="dxa"/>
                    <w:left w:w="55" w:type="dxa"/>
                    <w:bottom w:w="38" w:type="dxa"/>
                    <w:right w:w="55" w:type="dxa"/>
                  </w:tcMar>
                </w:tcPr>
                <w:p w14:paraId="7ACACEDE" w14:textId="586A324D" w:rsidR="000948DB" w:rsidRDefault="00000000">
                  <w:pPr>
                    <w:spacing w:after="0" w:line="240" w:lineRule="auto"/>
                    <w:jc w:val="center"/>
                  </w:pPr>
                  <w:r>
                    <w:rPr>
                      <w:b/>
                      <w:color w:val="222222"/>
                      <w:sz w:val="16"/>
                    </w:rPr>
                    <w:t>$30.00</w:t>
                  </w:r>
                  <w:r w:rsidR="00AF1AFB">
                    <w:rPr>
                      <w:b/>
                      <w:color w:val="222222"/>
                      <w:sz w:val="16"/>
                    </w:rPr>
                    <w:t xml:space="preserve"> ea.</w:t>
                  </w:r>
                </w:p>
              </w:tc>
              <w:tc>
                <w:tcPr>
                  <w:tcW w:w="1506" w:type="dxa"/>
                  <w:tcBorders>
                    <w:top w:val="single" w:sz="4" w:space="0" w:color="AAB7C4"/>
                    <w:left w:val="single" w:sz="4" w:space="0" w:color="AAB7C4"/>
                    <w:bottom w:val="single" w:sz="4" w:space="0" w:color="AAB7C4"/>
                    <w:right w:val="single" w:sz="4" w:space="0" w:color="AAB7C4"/>
                  </w:tcBorders>
                  <w:tcMar>
                    <w:top w:w="38" w:type="dxa"/>
                    <w:left w:w="55" w:type="dxa"/>
                    <w:bottom w:w="38" w:type="dxa"/>
                    <w:right w:w="55" w:type="dxa"/>
                  </w:tcMar>
                </w:tcPr>
                <w:p w14:paraId="516F0D96" w14:textId="77777777" w:rsidR="000948DB" w:rsidRDefault="000948DB">
                  <w:pPr>
                    <w:spacing w:after="0" w:line="240" w:lineRule="auto"/>
                    <w:jc w:val="center"/>
                  </w:pPr>
                </w:p>
              </w:tc>
              <w:tc>
                <w:tcPr>
                  <w:tcW w:w="2757" w:type="dxa"/>
                  <w:tcBorders>
                    <w:top w:val="single" w:sz="4" w:space="0" w:color="AAB7C4"/>
                    <w:left w:val="single" w:sz="4" w:space="0" w:color="AAB7C4"/>
                    <w:bottom w:val="single" w:sz="4" w:space="0" w:color="AAB7C4"/>
                    <w:right w:val="single" w:sz="4" w:space="0" w:color="AAB7C4"/>
                  </w:tcBorders>
                  <w:tcMar>
                    <w:top w:w="38" w:type="dxa"/>
                    <w:left w:w="55" w:type="dxa"/>
                    <w:bottom w:w="38" w:type="dxa"/>
                    <w:right w:w="55" w:type="dxa"/>
                  </w:tcMar>
                </w:tcPr>
                <w:p w14:paraId="2C6925E9" w14:textId="77777777" w:rsidR="000948DB" w:rsidRDefault="000948DB">
                  <w:pPr>
                    <w:spacing w:after="0" w:line="240" w:lineRule="auto"/>
                    <w:jc w:val="center"/>
                  </w:pPr>
                </w:p>
              </w:tc>
            </w:tr>
            <w:tr w:rsidR="005E7850" w14:paraId="38AC7828" w14:textId="77777777" w:rsidTr="001A2B1A">
              <w:trPr>
                <w:jc w:val="center"/>
              </w:trPr>
              <w:tc>
                <w:tcPr>
                  <w:tcW w:w="9174" w:type="dxa"/>
                  <w:tcBorders>
                    <w:top w:val="single" w:sz="4" w:space="0" w:color="AAB7C4"/>
                    <w:left w:val="single" w:sz="4" w:space="0" w:color="AAB7C4"/>
                    <w:bottom w:val="single" w:sz="4" w:space="0" w:color="AAB7C4"/>
                    <w:right w:val="single" w:sz="4" w:space="0" w:color="AAB7C4"/>
                  </w:tcBorders>
                  <w:tcMar>
                    <w:top w:w="38" w:type="dxa"/>
                    <w:left w:w="55" w:type="dxa"/>
                    <w:bottom w:w="38" w:type="dxa"/>
                    <w:right w:w="55" w:type="dxa"/>
                  </w:tcMar>
                </w:tcPr>
                <w:p w14:paraId="28CA71C0" w14:textId="556CB08C" w:rsidR="005E7850" w:rsidRPr="005E7850" w:rsidRDefault="00AF1AFB" w:rsidP="001A2B1A">
                  <w:pPr>
                    <w:spacing w:after="0" w:line="240" w:lineRule="auto"/>
                    <w:jc w:val="right"/>
                    <w:rPr>
                      <w:sz w:val="14"/>
                      <w:szCs w:val="14"/>
                    </w:rPr>
                  </w:pPr>
                  <w:r>
                    <w:rPr>
                      <w:sz w:val="14"/>
                      <w:szCs w:val="14"/>
                    </w:rPr>
                    <w:t>Custom GFE</w:t>
                  </w:r>
                  <w:r w:rsidR="001A2B1A">
                    <w:rPr>
                      <w:sz w:val="14"/>
                      <w:szCs w:val="14"/>
                    </w:rPr>
                    <w:t xml:space="preserve"> - </w:t>
                  </w:r>
                  <w:r w:rsidR="001A2B1A" w:rsidRPr="001A2B1A">
                    <w:rPr>
                      <w:sz w:val="14"/>
                      <w:szCs w:val="14"/>
                    </w:rPr>
                    <w:t>Need additional outreach or project-specific services? Contact us for a customized quote.</w:t>
                  </w:r>
                </w:p>
              </w:tc>
              <w:tc>
                <w:tcPr>
                  <w:tcW w:w="1530" w:type="dxa"/>
                  <w:tcBorders>
                    <w:top w:val="single" w:sz="4" w:space="0" w:color="AAB7C4"/>
                    <w:left w:val="single" w:sz="4" w:space="0" w:color="AAB7C4"/>
                    <w:bottom w:val="single" w:sz="4" w:space="0" w:color="AAB7C4"/>
                    <w:right w:val="single" w:sz="4" w:space="0" w:color="AAB7C4"/>
                  </w:tcBorders>
                  <w:tcMar>
                    <w:top w:w="38" w:type="dxa"/>
                    <w:left w:w="55" w:type="dxa"/>
                    <w:bottom w:w="38" w:type="dxa"/>
                    <w:right w:w="55" w:type="dxa"/>
                  </w:tcMar>
                </w:tcPr>
                <w:p w14:paraId="797AA8C4" w14:textId="640CEF2C" w:rsidR="005E7850" w:rsidRPr="005E7850" w:rsidRDefault="005E7850" w:rsidP="005E7850">
                  <w:pPr>
                    <w:spacing w:after="0" w:line="240" w:lineRule="auto"/>
                    <w:jc w:val="center"/>
                    <w:rPr>
                      <w:sz w:val="14"/>
                      <w:szCs w:val="14"/>
                    </w:rPr>
                  </w:pPr>
                  <w:r>
                    <w:rPr>
                      <w:b/>
                      <w:color w:val="222222"/>
                      <w:sz w:val="16"/>
                    </w:rPr>
                    <w:t>Call for Quote</w:t>
                  </w:r>
                </w:p>
              </w:tc>
              <w:tc>
                <w:tcPr>
                  <w:tcW w:w="1506" w:type="dxa"/>
                  <w:tcBorders>
                    <w:top w:val="single" w:sz="4" w:space="0" w:color="AAB7C4"/>
                    <w:left w:val="single" w:sz="4" w:space="0" w:color="AAB7C4"/>
                    <w:bottom w:val="single" w:sz="4" w:space="0" w:color="AAB7C4"/>
                    <w:right w:val="single" w:sz="4" w:space="0" w:color="AAB7C4"/>
                  </w:tcBorders>
                  <w:tcMar>
                    <w:top w:w="38" w:type="dxa"/>
                    <w:left w:w="55" w:type="dxa"/>
                    <w:bottom w:w="38" w:type="dxa"/>
                    <w:right w:w="55" w:type="dxa"/>
                  </w:tcMar>
                </w:tcPr>
                <w:p w14:paraId="71A9551F" w14:textId="77777777" w:rsidR="005E7850" w:rsidRDefault="005E7850" w:rsidP="005E7850">
                  <w:pPr>
                    <w:spacing w:after="0" w:line="240" w:lineRule="auto"/>
                    <w:jc w:val="center"/>
                  </w:pPr>
                </w:p>
              </w:tc>
              <w:tc>
                <w:tcPr>
                  <w:tcW w:w="2757" w:type="dxa"/>
                  <w:tcBorders>
                    <w:top w:val="single" w:sz="4" w:space="0" w:color="AAB7C4"/>
                    <w:left w:val="single" w:sz="4" w:space="0" w:color="AAB7C4"/>
                    <w:bottom w:val="single" w:sz="4" w:space="0" w:color="AAB7C4"/>
                    <w:right w:val="single" w:sz="4" w:space="0" w:color="AAB7C4"/>
                  </w:tcBorders>
                  <w:tcMar>
                    <w:top w:w="38" w:type="dxa"/>
                    <w:left w:w="55" w:type="dxa"/>
                    <w:bottom w:w="38" w:type="dxa"/>
                    <w:right w:w="55" w:type="dxa"/>
                  </w:tcMar>
                </w:tcPr>
                <w:p w14:paraId="08337216" w14:textId="77777777" w:rsidR="005E7850" w:rsidRDefault="005E7850" w:rsidP="005E7850">
                  <w:pPr>
                    <w:spacing w:after="0" w:line="240" w:lineRule="auto"/>
                    <w:jc w:val="center"/>
                  </w:pPr>
                </w:p>
              </w:tc>
            </w:tr>
            <w:tr w:rsidR="005E7850" w14:paraId="0848F2C4" w14:textId="77777777" w:rsidTr="001A2B1A">
              <w:trPr>
                <w:jc w:val="center"/>
              </w:trPr>
              <w:tc>
                <w:tcPr>
                  <w:tcW w:w="9174" w:type="dxa"/>
                  <w:tcBorders>
                    <w:top w:val="single" w:sz="4" w:space="0" w:color="AAB7C4"/>
                    <w:left w:val="single" w:sz="4" w:space="0" w:color="AAB7C4"/>
                    <w:bottom w:val="single" w:sz="4" w:space="0" w:color="AAB7C4"/>
                    <w:right w:val="single" w:sz="4" w:space="0" w:color="AAB7C4"/>
                  </w:tcBorders>
                  <w:tcMar>
                    <w:top w:w="38" w:type="dxa"/>
                    <w:left w:w="55" w:type="dxa"/>
                    <w:bottom w:w="38" w:type="dxa"/>
                    <w:right w:w="55" w:type="dxa"/>
                  </w:tcMar>
                </w:tcPr>
                <w:p w14:paraId="4B8A58EB" w14:textId="7D18AA5B" w:rsidR="005E7850" w:rsidRDefault="005E7850" w:rsidP="005E7850">
                  <w:pPr>
                    <w:spacing w:after="0" w:line="240" w:lineRule="auto"/>
                    <w:jc w:val="right"/>
                  </w:pPr>
                </w:p>
              </w:tc>
              <w:tc>
                <w:tcPr>
                  <w:tcW w:w="1530" w:type="dxa"/>
                  <w:tcBorders>
                    <w:top w:val="single" w:sz="4" w:space="0" w:color="AAB7C4"/>
                    <w:left w:val="single" w:sz="4" w:space="0" w:color="AAB7C4"/>
                    <w:bottom w:val="single" w:sz="4" w:space="0" w:color="AAB7C4"/>
                    <w:right w:val="single" w:sz="4" w:space="0" w:color="AAB7C4"/>
                  </w:tcBorders>
                  <w:tcMar>
                    <w:top w:w="38" w:type="dxa"/>
                    <w:left w:w="55" w:type="dxa"/>
                    <w:bottom w:w="38" w:type="dxa"/>
                    <w:right w:w="55" w:type="dxa"/>
                  </w:tcMar>
                </w:tcPr>
                <w:p w14:paraId="158206AA" w14:textId="19F88605" w:rsidR="005E7850" w:rsidRDefault="005E7850" w:rsidP="005E7850">
                  <w:pPr>
                    <w:spacing w:after="0" w:line="240" w:lineRule="auto"/>
                    <w:jc w:val="center"/>
                  </w:pPr>
                </w:p>
              </w:tc>
              <w:tc>
                <w:tcPr>
                  <w:tcW w:w="1506" w:type="dxa"/>
                  <w:tcBorders>
                    <w:top w:val="single" w:sz="4" w:space="0" w:color="AAB7C4"/>
                    <w:left w:val="single" w:sz="4" w:space="0" w:color="AAB7C4"/>
                    <w:bottom w:val="single" w:sz="4" w:space="0" w:color="AAB7C4"/>
                    <w:right w:val="single" w:sz="4" w:space="0" w:color="AAB7C4"/>
                  </w:tcBorders>
                  <w:tcMar>
                    <w:top w:w="38" w:type="dxa"/>
                    <w:left w:w="55" w:type="dxa"/>
                    <w:bottom w:w="38" w:type="dxa"/>
                    <w:right w:w="55" w:type="dxa"/>
                  </w:tcMar>
                </w:tcPr>
                <w:p w14:paraId="384672B0" w14:textId="77777777" w:rsidR="005E7850" w:rsidRDefault="005E7850" w:rsidP="005E7850">
                  <w:pPr>
                    <w:spacing w:after="0" w:line="240" w:lineRule="auto"/>
                    <w:jc w:val="center"/>
                  </w:pPr>
                </w:p>
              </w:tc>
              <w:tc>
                <w:tcPr>
                  <w:tcW w:w="2757" w:type="dxa"/>
                  <w:tcBorders>
                    <w:top w:val="single" w:sz="4" w:space="0" w:color="AAB7C4"/>
                    <w:left w:val="single" w:sz="4" w:space="0" w:color="AAB7C4"/>
                    <w:bottom w:val="single" w:sz="4" w:space="0" w:color="AAB7C4"/>
                    <w:right w:val="single" w:sz="4" w:space="0" w:color="AAB7C4"/>
                  </w:tcBorders>
                  <w:tcMar>
                    <w:top w:w="38" w:type="dxa"/>
                    <w:left w:w="55" w:type="dxa"/>
                    <w:bottom w:w="38" w:type="dxa"/>
                    <w:right w:w="55" w:type="dxa"/>
                  </w:tcMar>
                </w:tcPr>
                <w:p w14:paraId="01AA95FE" w14:textId="77777777" w:rsidR="005E7850" w:rsidRDefault="005E7850" w:rsidP="005E7850">
                  <w:pPr>
                    <w:spacing w:after="0" w:line="240" w:lineRule="auto"/>
                    <w:jc w:val="center"/>
                  </w:pPr>
                </w:p>
              </w:tc>
            </w:tr>
            <w:tr w:rsidR="005E7850" w14:paraId="170E40AB" w14:textId="77777777" w:rsidTr="001A2B1A">
              <w:trPr>
                <w:jc w:val="center"/>
              </w:trPr>
              <w:tc>
                <w:tcPr>
                  <w:tcW w:w="9174" w:type="dxa"/>
                  <w:tcBorders>
                    <w:top w:val="single" w:sz="4" w:space="0" w:color="AAB7C4"/>
                    <w:left w:val="single" w:sz="4" w:space="0" w:color="AAB7C4"/>
                    <w:bottom w:val="single" w:sz="4" w:space="0" w:color="AAB7C4"/>
                    <w:right w:val="single" w:sz="4" w:space="0" w:color="AAB7C4"/>
                  </w:tcBorders>
                  <w:tcMar>
                    <w:top w:w="38" w:type="dxa"/>
                    <w:left w:w="55" w:type="dxa"/>
                    <w:bottom w:w="38" w:type="dxa"/>
                    <w:right w:w="55" w:type="dxa"/>
                  </w:tcMar>
                </w:tcPr>
                <w:p w14:paraId="7195F33D" w14:textId="5F40565B" w:rsidR="005E7850" w:rsidRDefault="005E7850" w:rsidP="005E7850">
                  <w:pPr>
                    <w:spacing w:after="0" w:line="240" w:lineRule="auto"/>
                    <w:jc w:val="right"/>
                  </w:pPr>
                </w:p>
              </w:tc>
              <w:tc>
                <w:tcPr>
                  <w:tcW w:w="1530" w:type="dxa"/>
                  <w:tcBorders>
                    <w:top w:val="single" w:sz="4" w:space="0" w:color="AAB7C4"/>
                    <w:left w:val="single" w:sz="4" w:space="0" w:color="AAB7C4"/>
                    <w:bottom w:val="single" w:sz="4" w:space="0" w:color="AAB7C4"/>
                    <w:right w:val="single" w:sz="4" w:space="0" w:color="AAB7C4"/>
                  </w:tcBorders>
                  <w:tcMar>
                    <w:top w:w="38" w:type="dxa"/>
                    <w:left w:w="55" w:type="dxa"/>
                    <w:bottom w:w="38" w:type="dxa"/>
                    <w:right w:w="55" w:type="dxa"/>
                  </w:tcMar>
                </w:tcPr>
                <w:p w14:paraId="20A1582C" w14:textId="423DC610" w:rsidR="005E7850" w:rsidRDefault="005E7850" w:rsidP="005E7850">
                  <w:pPr>
                    <w:spacing w:after="0" w:line="240" w:lineRule="auto"/>
                    <w:jc w:val="center"/>
                  </w:pPr>
                </w:p>
              </w:tc>
              <w:tc>
                <w:tcPr>
                  <w:tcW w:w="1506" w:type="dxa"/>
                  <w:tcBorders>
                    <w:top w:val="single" w:sz="4" w:space="0" w:color="AAB7C4"/>
                    <w:left w:val="single" w:sz="4" w:space="0" w:color="AAB7C4"/>
                    <w:bottom w:val="single" w:sz="4" w:space="0" w:color="AAB7C4"/>
                    <w:right w:val="single" w:sz="4" w:space="0" w:color="AAB7C4"/>
                  </w:tcBorders>
                  <w:tcMar>
                    <w:top w:w="38" w:type="dxa"/>
                    <w:left w:w="55" w:type="dxa"/>
                    <w:bottom w:w="38" w:type="dxa"/>
                    <w:right w:w="55" w:type="dxa"/>
                  </w:tcMar>
                </w:tcPr>
                <w:p w14:paraId="68C065A0" w14:textId="77777777" w:rsidR="005E7850" w:rsidRDefault="005E7850" w:rsidP="005E7850">
                  <w:pPr>
                    <w:spacing w:after="0" w:line="240" w:lineRule="auto"/>
                    <w:jc w:val="center"/>
                  </w:pPr>
                </w:p>
              </w:tc>
              <w:tc>
                <w:tcPr>
                  <w:tcW w:w="2757" w:type="dxa"/>
                  <w:tcBorders>
                    <w:top w:val="single" w:sz="4" w:space="0" w:color="AAB7C4"/>
                    <w:left w:val="single" w:sz="4" w:space="0" w:color="AAB7C4"/>
                    <w:bottom w:val="single" w:sz="4" w:space="0" w:color="AAB7C4"/>
                    <w:right w:val="single" w:sz="4" w:space="0" w:color="AAB7C4"/>
                  </w:tcBorders>
                  <w:tcMar>
                    <w:top w:w="38" w:type="dxa"/>
                    <w:left w:w="55" w:type="dxa"/>
                    <w:bottom w:w="38" w:type="dxa"/>
                    <w:right w:w="55" w:type="dxa"/>
                  </w:tcMar>
                </w:tcPr>
                <w:p w14:paraId="38079C91" w14:textId="77777777" w:rsidR="005E7850" w:rsidRDefault="005E7850" w:rsidP="005E7850">
                  <w:pPr>
                    <w:spacing w:after="0" w:line="240" w:lineRule="auto"/>
                    <w:jc w:val="center"/>
                  </w:pPr>
                </w:p>
              </w:tc>
            </w:tr>
          </w:tbl>
          <w:p w14:paraId="18D3995E" w14:textId="77777777" w:rsidR="000948DB" w:rsidRDefault="000948DB">
            <w:pPr>
              <w:spacing w:after="0" w:line="20" w:lineRule="exact"/>
            </w:pPr>
          </w:p>
          <w:tbl>
            <w:tblPr>
              <w:tblW w:w="0" w:type="auto"/>
              <w:jc w:val="right"/>
              <w:tblLayout w:type="fixed"/>
              <w:tblLook w:val="04A0" w:firstRow="1" w:lastRow="0" w:firstColumn="1" w:lastColumn="0" w:noHBand="0" w:noVBand="1"/>
            </w:tblPr>
            <w:tblGrid>
              <w:gridCol w:w="5515"/>
              <w:gridCol w:w="5515"/>
            </w:tblGrid>
            <w:tr w:rsidR="000948DB" w14:paraId="6EADC533" w14:textId="77777777">
              <w:trPr>
                <w:jc w:val="right"/>
              </w:trPr>
              <w:tc>
                <w:tcPr>
                  <w:tcW w:w="5515" w:type="dxa"/>
                  <w:tcMar>
                    <w:top w:w="35" w:type="dxa"/>
                    <w:left w:w="60" w:type="dxa"/>
                    <w:bottom w:w="35" w:type="dxa"/>
                    <w:right w:w="60" w:type="dxa"/>
                  </w:tcMar>
                </w:tcPr>
                <w:p w14:paraId="08AF7C4D" w14:textId="77777777" w:rsidR="000948DB" w:rsidRDefault="00000000">
                  <w:pPr>
                    <w:spacing w:after="0" w:line="240" w:lineRule="auto"/>
                    <w:jc w:val="right"/>
                  </w:pPr>
                  <w:r>
                    <w:rPr>
                      <w:b/>
                      <w:color w:val="1F3B5C"/>
                      <w:sz w:val="17"/>
                    </w:rPr>
                    <w:t>Optional services subtotal:</w:t>
                  </w:r>
                </w:p>
              </w:tc>
              <w:tc>
                <w:tcPr>
                  <w:tcW w:w="5515" w:type="dxa"/>
                  <w:tcMar>
                    <w:top w:w="35" w:type="dxa"/>
                    <w:left w:w="60" w:type="dxa"/>
                    <w:bottom w:w="35" w:type="dxa"/>
                    <w:right w:w="60" w:type="dxa"/>
                  </w:tcMar>
                </w:tcPr>
                <w:p w14:paraId="4F403E95" w14:textId="77777777" w:rsidR="000948DB" w:rsidRDefault="00000000" w:rsidP="001A2B1A">
                  <w:pPr>
                    <w:spacing w:after="0" w:line="240" w:lineRule="auto"/>
                    <w:jc w:val="both"/>
                  </w:pPr>
                  <w:r>
                    <w:rPr>
                      <w:b/>
                      <w:color w:val="9A7B17"/>
                    </w:rPr>
                    <w:t>$____________</w:t>
                  </w:r>
                </w:p>
              </w:tc>
            </w:tr>
            <w:tr w:rsidR="000948DB" w14:paraId="20238E15" w14:textId="77777777">
              <w:trPr>
                <w:jc w:val="right"/>
              </w:trPr>
              <w:tc>
                <w:tcPr>
                  <w:tcW w:w="5515" w:type="dxa"/>
                  <w:tcMar>
                    <w:top w:w="35" w:type="dxa"/>
                    <w:left w:w="60" w:type="dxa"/>
                    <w:bottom w:w="35" w:type="dxa"/>
                    <w:right w:w="60" w:type="dxa"/>
                  </w:tcMar>
                </w:tcPr>
                <w:p w14:paraId="1B732506" w14:textId="77777777" w:rsidR="000948DB" w:rsidRDefault="00000000">
                  <w:pPr>
                    <w:spacing w:after="0" w:line="240" w:lineRule="auto"/>
                    <w:jc w:val="right"/>
                  </w:pPr>
                  <w:r>
                    <w:rPr>
                      <w:b/>
                      <w:color w:val="1F3B5C"/>
                      <w:sz w:val="17"/>
                    </w:rPr>
                    <w:t>TOTAL ORDER:</w:t>
                  </w:r>
                </w:p>
              </w:tc>
              <w:tc>
                <w:tcPr>
                  <w:tcW w:w="5515" w:type="dxa"/>
                  <w:tcMar>
                    <w:top w:w="35" w:type="dxa"/>
                    <w:left w:w="60" w:type="dxa"/>
                    <w:bottom w:w="35" w:type="dxa"/>
                    <w:right w:w="60" w:type="dxa"/>
                  </w:tcMar>
                </w:tcPr>
                <w:p w14:paraId="2B601572" w14:textId="77777777" w:rsidR="000948DB" w:rsidRDefault="00000000" w:rsidP="001A2B1A">
                  <w:pPr>
                    <w:spacing w:after="0" w:line="240" w:lineRule="auto"/>
                    <w:jc w:val="both"/>
                  </w:pPr>
                  <w:r>
                    <w:rPr>
                      <w:b/>
                      <w:color w:val="9A7B17"/>
                    </w:rPr>
                    <w:t>$____________</w:t>
                  </w:r>
                </w:p>
              </w:tc>
            </w:tr>
          </w:tbl>
          <w:p w14:paraId="0F0E830A" w14:textId="77777777" w:rsidR="000948DB" w:rsidRDefault="000948DB">
            <w:pPr>
              <w:spacing w:after="0" w:line="20" w:lineRule="exact"/>
            </w:pPr>
          </w:p>
          <w:tbl>
            <w:tblPr>
              <w:tblW w:w="0" w:type="auto"/>
              <w:jc w:val="center"/>
              <w:tblLook w:val="04A0" w:firstRow="1" w:lastRow="0" w:firstColumn="1" w:lastColumn="0" w:noHBand="0" w:noVBand="1"/>
            </w:tblPr>
            <w:tblGrid>
              <w:gridCol w:w="11030"/>
            </w:tblGrid>
            <w:tr w:rsidR="000948DB" w14:paraId="517FBEFD" w14:textId="77777777">
              <w:trPr>
                <w:jc w:val="center"/>
              </w:trPr>
              <w:tc>
                <w:tcPr>
                  <w:tcW w:w="11030" w:type="dxa"/>
                  <w:shd w:val="clear" w:color="auto" w:fill="1F3B5C"/>
                  <w:tcMar>
                    <w:top w:w="45" w:type="dxa"/>
                    <w:left w:w="80" w:type="dxa"/>
                    <w:bottom w:w="45" w:type="dxa"/>
                    <w:right w:w="80" w:type="dxa"/>
                  </w:tcMar>
                </w:tcPr>
                <w:p w14:paraId="3AC5CE15" w14:textId="77777777" w:rsidR="000948DB" w:rsidRDefault="00000000">
                  <w:pPr>
                    <w:spacing w:after="0" w:line="240" w:lineRule="auto"/>
                  </w:pPr>
                  <w:r>
                    <w:rPr>
                      <w:b/>
                      <w:color w:val="FFFFFF"/>
                      <w:sz w:val="19"/>
                    </w:rPr>
                    <w:t>4. SPECIAL INSTRUCTIONS &amp; AUTHORIZATION</w:t>
                  </w:r>
                </w:p>
              </w:tc>
            </w:tr>
          </w:tbl>
          <w:p w14:paraId="2CCED511" w14:textId="77777777" w:rsidR="000948DB" w:rsidRDefault="000948DB">
            <w:pPr>
              <w:spacing w:after="0" w:line="20" w:lineRule="exact"/>
            </w:pPr>
          </w:p>
          <w:p w14:paraId="15D0A8E6" w14:textId="77777777" w:rsidR="000948DB" w:rsidRDefault="00000000">
            <w:pPr>
              <w:spacing w:before="40" w:after="40" w:line="240" w:lineRule="auto"/>
            </w:pPr>
            <w:r>
              <w:rPr>
                <w:b/>
                <w:color w:val="1F3B5C"/>
                <w:sz w:val="16"/>
              </w:rPr>
              <w:t>Project-specific requirements or organizations to contact:</w:t>
            </w:r>
          </w:p>
          <w:p w14:paraId="00EC2A1E" w14:textId="77777777" w:rsidR="000948DB" w:rsidRDefault="00000000">
            <w:pPr>
              <w:spacing w:after="0" w:line="240" w:lineRule="auto"/>
            </w:pPr>
            <w:r>
              <w:rPr>
                <w:color w:val="7F8C99"/>
                <w:sz w:val="14"/>
              </w:rPr>
              <w:t>________________________________________________________________________________________________</w:t>
            </w:r>
          </w:p>
          <w:p w14:paraId="7F187AF7" w14:textId="77777777" w:rsidR="000948DB" w:rsidRDefault="00000000">
            <w:pPr>
              <w:spacing w:after="0" w:line="240" w:lineRule="auto"/>
            </w:pPr>
            <w:r>
              <w:rPr>
                <w:color w:val="7F8C99"/>
                <w:sz w:val="14"/>
              </w:rPr>
              <w:t>________________________________________________________________________________________________</w:t>
            </w:r>
          </w:p>
          <w:tbl>
            <w:tblPr>
              <w:tblW w:w="0" w:type="auto"/>
              <w:jc w:val="center"/>
              <w:tblLayout w:type="fixed"/>
              <w:tblLook w:val="04A0" w:firstRow="1" w:lastRow="0" w:firstColumn="1" w:lastColumn="0" w:noHBand="0" w:noVBand="1"/>
            </w:tblPr>
            <w:tblGrid>
              <w:gridCol w:w="2757"/>
              <w:gridCol w:w="2757"/>
              <w:gridCol w:w="2757"/>
              <w:gridCol w:w="2757"/>
            </w:tblGrid>
            <w:tr w:rsidR="000948DB" w14:paraId="54C570F2" w14:textId="77777777">
              <w:trPr>
                <w:jc w:val="center"/>
              </w:trPr>
              <w:tc>
                <w:tcPr>
                  <w:tcW w:w="2757" w:type="dxa"/>
                  <w:tcBorders>
                    <w:bottom w:val="single" w:sz="4" w:space="0" w:color="AAB7C4"/>
                  </w:tcBorders>
                  <w:tcMar>
                    <w:top w:w="40" w:type="dxa"/>
                    <w:left w:w="55" w:type="dxa"/>
                    <w:bottom w:w="40" w:type="dxa"/>
                    <w:right w:w="55" w:type="dxa"/>
                  </w:tcMar>
                </w:tcPr>
                <w:p w14:paraId="69324D2A" w14:textId="77777777" w:rsidR="000948DB" w:rsidRDefault="00000000">
                  <w:pPr>
                    <w:spacing w:after="0" w:line="240" w:lineRule="auto"/>
                  </w:pPr>
                  <w:r>
                    <w:rPr>
                      <w:b/>
                      <w:color w:val="1F3B5C"/>
                      <w:sz w:val="16"/>
                    </w:rPr>
                    <w:t>Authorized by:</w:t>
                  </w:r>
                </w:p>
              </w:tc>
              <w:tc>
                <w:tcPr>
                  <w:tcW w:w="2757" w:type="dxa"/>
                  <w:tcBorders>
                    <w:bottom w:val="single" w:sz="4" w:space="0" w:color="AAB7C4"/>
                  </w:tcBorders>
                  <w:tcMar>
                    <w:top w:w="40" w:type="dxa"/>
                    <w:left w:w="55" w:type="dxa"/>
                    <w:bottom w:w="40" w:type="dxa"/>
                    <w:right w:w="55" w:type="dxa"/>
                  </w:tcMar>
                </w:tcPr>
                <w:p w14:paraId="49C73E2A" w14:textId="77777777" w:rsidR="000948DB" w:rsidRDefault="00000000">
                  <w:pPr>
                    <w:spacing w:after="0" w:line="240" w:lineRule="auto"/>
                  </w:pPr>
                  <w:r>
                    <w:rPr>
                      <w:color w:val="222222"/>
                      <w:sz w:val="16"/>
                    </w:rPr>
                    <w:t xml:space="preserve"> </w:t>
                  </w:r>
                </w:p>
              </w:tc>
              <w:tc>
                <w:tcPr>
                  <w:tcW w:w="2757" w:type="dxa"/>
                  <w:tcBorders>
                    <w:bottom w:val="single" w:sz="4" w:space="0" w:color="AAB7C4"/>
                  </w:tcBorders>
                  <w:tcMar>
                    <w:top w:w="40" w:type="dxa"/>
                    <w:left w:w="55" w:type="dxa"/>
                    <w:bottom w:w="40" w:type="dxa"/>
                    <w:right w:w="55" w:type="dxa"/>
                  </w:tcMar>
                </w:tcPr>
                <w:p w14:paraId="7BA8BF66" w14:textId="77777777" w:rsidR="000948DB" w:rsidRDefault="00000000">
                  <w:pPr>
                    <w:spacing w:after="0" w:line="240" w:lineRule="auto"/>
                  </w:pPr>
                  <w:r>
                    <w:rPr>
                      <w:b/>
                      <w:color w:val="1F3B5C"/>
                      <w:sz w:val="16"/>
                    </w:rPr>
                    <w:t>Date:</w:t>
                  </w:r>
                </w:p>
              </w:tc>
              <w:tc>
                <w:tcPr>
                  <w:tcW w:w="2757" w:type="dxa"/>
                  <w:tcBorders>
                    <w:bottom w:val="single" w:sz="4" w:space="0" w:color="AAB7C4"/>
                  </w:tcBorders>
                  <w:tcMar>
                    <w:top w:w="40" w:type="dxa"/>
                    <w:left w:w="55" w:type="dxa"/>
                    <w:bottom w:w="40" w:type="dxa"/>
                    <w:right w:w="55" w:type="dxa"/>
                  </w:tcMar>
                </w:tcPr>
                <w:p w14:paraId="13C3ACB6" w14:textId="77777777" w:rsidR="000948DB" w:rsidRDefault="00000000">
                  <w:pPr>
                    <w:spacing w:after="0" w:line="240" w:lineRule="auto"/>
                  </w:pPr>
                  <w:r>
                    <w:rPr>
                      <w:color w:val="222222"/>
                      <w:sz w:val="16"/>
                    </w:rPr>
                    <w:t xml:space="preserve"> </w:t>
                  </w:r>
                </w:p>
              </w:tc>
            </w:tr>
            <w:tr w:rsidR="000948DB" w14:paraId="57113E86" w14:textId="77777777">
              <w:trPr>
                <w:jc w:val="center"/>
              </w:trPr>
              <w:tc>
                <w:tcPr>
                  <w:tcW w:w="2757" w:type="dxa"/>
                  <w:tcBorders>
                    <w:bottom w:val="single" w:sz="4" w:space="0" w:color="AAB7C4"/>
                  </w:tcBorders>
                  <w:tcMar>
                    <w:top w:w="40" w:type="dxa"/>
                    <w:left w:w="55" w:type="dxa"/>
                    <w:bottom w:w="40" w:type="dxa"/>
                    <w:right w:w="55" w:type="dxa"/>
                  </w:tcMar>
                </w:tcPr>
                <w:p w14:paraId="358AE1E9" w14:textId="77777777" w:rsidR="000948DB" w:rsidRDefault="00000000">
                  <w:pPr>
                    <w:spacing w:after="0" w:line="240" w:lineRule="auto"/>
                  </w:pPr>
                  <w:r>
                    <w:rPr>
                      <w:b/>
                      <w:color w:val="1F3B5C"/>
                      <w:sz w:val="16"/>
                    </w:rPr>
                    <w:t>Signature:</w:t>
                  </w:r>
                </w:p>
              </w:tc>
              <w:tc>
                <w:tcPr>
                  <w:tcW w:w="2757" w:type="dxa"/>
                  <w:tcBorders>
                    <w:bottom w:val="single" w:sz="4" w:space="0" w:color="AAB7C4"/>
                  </w:tcBorders>
                  <w:tcMar>
                    <w:top w:w="40" w:type="dxa"/>
                    <w:left w:w="55" w:type="dxa"/>
                    <w:bottom w:w="40" w:type="dxa"/>
                    <w:right w:w="55" w:type="dxa"/>
                  </w:tcMar>
                </w:tcPr>
                <w:p w14:paraId="2C0973FF" w14:textId="77777777" w:rsidR="000948DB" w:rsidRDefault="00000000">
                  <w:pPr>
                    <w:spacing w:after="0" w:line="240" w:lineRule="auto"/>
                  </w:pPr>
                  <w:r>
                    <w:rPr>
                      <w:color w:val="222222"/>
                      <w:sz w:val="16"/>
                    </w:rPr>
                    <w:t xml:space="preserve"> </w:t>
                  </w:r>
                </w:p>
              </w:tc>
              <w:tc>
                <w:tcPr>
                  <w:tcW w:w="2757" w:type="dxa"/>
                  <w:tcBorders>
                    <w:bottom w:val="single" w:sz="4" w:space="0" w:color="AAB7C4"/>
                  </w:tcBorders>
                  <w:tcMar>
                    <w:top w:w="40" w:type="dxa"/>
                    <w:left w:w="55" w:type="dxa"/>
                    <w:bottom w:w="40" w:type="dxa"/>
                    <w:right w:w="55" w:type="dxa"/>
                  </w:tcMar>
                </w:tcPr>
                <w:p w14:paraId="01B3DB00" w14:textId="77777777" w:rsidR="000948DB" w:rsidRDefault="00000000">
                  <w:pPr>
                    <w:spacing w:after="0" w:line="240" w:lineRule="auto"/>
                  </w:pPr>
                  <w:r>
                    <w:rPr>
                      <w:b/>
                      <w:color w:val="1F3B5C"/>
                      <w:sz w:val="16"/>
                    </w:rPr>
                    <w:t>PO / reference:</w:t>
                  </w:r>
                </w:p>
              </w:tc>
              <w:tc>
                <w:tcPr>
                  <w:tcW w:w="2757" w:type="dxa"/>
                  <w:tcBorders>
                    <w:bottom w:val="single" w:sz="4" w:space="0" w:color="AAB7C4"/>
                  </w:tcBorders>
                  <w:tcMar>
                    <w:top w:w="40" w:type="dxa"/>
                    <w:left w:w="55" w:type="dxa"/>
                    <w:bottom w:w="40" w:type="dxa"/>
                    <w:right w:w="55" w:type="dxa"/>
                  </w:tcMar>
                </w:tcPr>
                <w:p w14:paraId="6BE54EE9" w14:textId="77777777" w:rsidR="000948DB" w:rsidRDefault="00000000">
                  <w:pPr>
                    <w:spacing w:after="0" w:line="240" w:lineRule="auto"/>
                  </w:pPr>
                  <w:r>
                    <w:rPr>
                      <w:color w:val="222222"/>
                      <w:sz w:val="16"/>
                    </w:rPr>
                    <w:t xml:space="preserve"> </w:t>
                  </w:r>
                </w:p>
              </w:tc>
            </w:tr>
          </w:tbl>
          <w:p w14:paraId="4B989197" w14:textId="77777777" w:rsidR="000948DB" w:rsidRDefault="000948DB">
            <w:pPr>
              <w:spacing w:after="0" w:line="20" w:lineRule="exact"/>
            </w:pPr>
          </w:p>
          <w:tbl>
            <w:tblPr>
              <w:tblW w:w="0" w:type="auto"/>
              <w:jc w:val="center"/>
              <w:tblLook w:val="04A0" w:firstRow="1" w:lastRow="0" w:firstColumn="1" w:lastColumn="0" w:noHBand="0" w:noVBand="1"/>
            </w:tblPr>
            <w:tblGrid>
              <w:gridCol w:w="11030"/>
            </w:tblGrid>
            <w:tr w:rsidR="000948DB" w14:paraId="6981B7E0" w14:textId="77777777">
              <w:trPr>
                <w:jc w:val="center"/>
              </w:trPr>
              <w:tc>
                <w:tcPr>
                  <w:tcW w:w="11030" w:type="dxa"/>
                  <w:shd w:val="clear" w:color="auto" w:fill="F7F4E8"/>
                  <w:tcMar>
                    <w:top w:w="55" w:type="dxa"/>
                    <w:left w:w="75" w:type="dxa"/>
                    <w:bottom w:w="55" w:type="dxa"/>
                    <w:right w:w="75" w:type="dxa"/>
                  </w:tcMar>
                </w:tcPr>
                <w:p w14:paraId="371631D0" w14:textId="77777777" w:rsidR="000948DB" w:rsidRDefault="00000000">
                  <w:pPr>
                    <w:spacing w:after="0" w:line="240" w:lineRule="auto"/>
                  </w:pPr>
                  <w:r>
                    <w:rPr>
                      <w:b/>
                      <w:color w:val="7A6214"/>
                      <w:sz w:val="15"/>
                    </w:rPr>
                    <w:t xml:space="preserve">IMPORTANT: </w:t>
                  </w:r>
                  <w:r>
                    <w:rPr>
                      <w:color w:val="4A4A4A"/>
                      <w:sz w:val="14"/>
                    </w:rPr>
                    <w:t>Good Faith Effort and program requirements vary by project. The customer is responsible for reviewing and complying with all requirements of the awarding agency and contract documents. Additional work may be required. Contractor's Estimate, Inc. liability, if any, is limited to the amount invoiced for this work.</w:t>
                  </w:r>
                </w:p>
              </w:tc>
            </w:tr>
          </w:tbl>
          <w:p w14:paraId="3077F8DF" w14:textId="77777777" w:rsidR="000948DB" w:rsidRDefault="000948DB">
            <w:pPr>
              <w:spacing w:after="0" w:line="20" w:lineRule="exact"/>
            </w:pPr>
          </w:p>
          <w:p w14:paraId="05935D74" w14:textId="77777777" w:rsidR="000948DB" w:rsidRDefault="00000000">
            <w:pPr>
              <w:spacing w:before="60" w:after="0" w:line="240" w:lineRule="auto"/>
              <w:jc w:val="center"/>
            </w:pPr>
            <w:r>
              <w:rPr>
                <w:b/>
                <w:color w:val="1F3B5C"/>
                <w:sz w:val="16"/>
              </w:rPr>
              <w:t xml:space="preserve">Return completed form to </w:t>
            </w:r>
            <w:proofErr w:type="gramStart"/>
            <w:r>
              <w:rPr>
                <w:b/>
                <w:color w:val="1F3B5C"/>
                <w:sz w:val="16"/>
              </w:rPr>
              <w:t>Sarah@contractorsestimate.com  |</w:t>
            </w:r>
            <w:proofErr w:type="gramEnd"/>
            <w:r>
              <w:rPr>
                <w:b/>
                <w:color w:val="1F3B5C"/>
                <w:sz w:val="16"/>
              </w:rPr>
              <w:t xml:space="preserve">  Questions: (760) 868-9192</w:t>
            </w:r>
          </w:p>
        </w:tc>
      </w:tr>
    </w:tbl>
    <w:p w14:paraId="7CEEB529" w14:textId="77777777" w:rsidR="003E022C" w:rsidRDefault="003E022C"/>
    <w:sectPr w:rsidR="003E022C" w:rsidSect="00034616">
      <w:pgSz w:w="12240" w:h="15840"/>
      <w:pgMar w:top="504" w:right="605" w:bottom="504" w:left="605" w:header="216" w:footer="21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35579657">
    <w:abstractNumId w:val="8"/>
  </w:num>
  <w:num w:numId="2" w16cid:durableId="1506819187">
    <w:abstractNumId w:val="6"/>
  </w:num>
  <w:num w:numId="3" w16cid:durableId="625743115">
    <w:abstractNumId w:val="5"/>
  </w:num>
  <w:num w:numId="4" w16cid:durableId="1066682632">
    <w:abstractNumId w:val="4"/>
  </w:num>
  <w:num w:numId="5" w16cid:durableId="780337784">
    <w:abstractNumId w:val="7"/>
  </w:num>
  <w:num w:numId="6" w16cid:durableId="1493521985">
    <w:abstractNumId w:val="3"/>
  </w:num>
  <w:num w:numId="7" w16cid:durableId="43603446">
    <w:abstractNumId w:val="2"/>
  </w:num>
  <w:num w:numId="8" w16cid:durableId="734821704">
    <w:abstractNumId w:val="1"/>
  </w:num>
  <w:num w:numId="9" w16cid:durableId="1236163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48DB"/>
    <w:rsid w:val="0015074B"/>
    <w:rsid w:val="001A2B1A"/>
    <w:rsid w:val="0029639D"/>
    <w:rsid w:val="00326F90"/>
    <w:rsid w:val="003E022C"/>
    <w:rsid w:val="003E72E6"/>
    <w:rsid w:val="005075C0"/>
    <w:rsid w:val="005E7850"/>
    <w:rsid w:val="00A22FC0"/>
    <w:rsid w:val="00AA1D8D"/>
    <w:rsid w:val="00AF1AFB"/>
    <w:rsid w:val="00B47730"/>
    <w:rsid w:val="00CB0664"/>
    <w:rsid w:val="00F259B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EECDCE"/>
  <w14:defaultImageDpi w14:val="300"/>
  <w15:docId w15:val="{0C622F48-C75C-43F1-A015-ECE2B16A4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332</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Sarah Thacker</cp:lastModifiedBy>
  <cp:revision>4</cp:revision>
  <dcterms:created xsi:type="dcterms:W3CDTF">2026-08-05T18:42:00Z</dcterms:created>
  <dcterms:modified xsi:type="dcterms:W3CDTF">2026-08-05T18:52:00Z</dcterms:modified>
  <cp:category/>
</cp:coreProperties>
</file>